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598E14" w14:textId="401E07A0" w:rsidR="0050098D" w:rsidRDefault="00FC4A08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6E895471" wp14:editId="532CEC9D">
            <wp:simplePos x="0" y="0"/>
            <wp:positionH relativeFrom="column">
              <wp:posOffset>1150620</wp:posOffset>
            </wp:positionH>
            <wp:positionV relativeFrom="paragraph">
              <wp:posOffset>-982980</wp:posOffset>
            </wp:positionV>
            <wp:extent cx="3185160" cy="3169011"/>
            <wp:effectExtent l="0" t="0" r="0" b="0"/>
            <wp:wrapNone/>
            <wp:docPr id="811912888" name="Bildobjekt 1" descr="En bild som visar text, klädsel, metall, emblem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912888" name="Bildobjekt 1" descr="En bild som visar text, klädsel, metall, emblem&#10;&#10;AI-genererat innehåll kan vara felaktig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85160" cy="3169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E06A0" w14:textId="13D6E651" w:rsidR="00FC4A08" w:rsidRDefault="00FC4A08">
      <w:pPr>
        <w:jc w:val="center"/>
        <w:rPr>
          <w:rFonts w:hint="eastAsia"/>
          <w:b/>
          <w:sz w:val="56"/>
        </w:rPr>
      </w:pPr>
    </w:p>
    <w:p w14:paraId="460ECCAC" w14:textId="37810D33" w:rsidR="00FC4A08" w:rsidRDefault="00FC4A08">
      <w:pPr>
        <w:jc w:val="center"/>
        <w:rPr>
          <w:rFonts w:hint="eastAsia"/>
          <w:b/>
          <w:sz w:val="56"/>
        </w:rPr>
      </w:pPr>
    </w:p>
    <w:p w14:paraId="2C5AC79E" w14:textId="77777777" w:rsidR="00FC4A08" w:rsidRDefault="00FC4A08">
      <w:pPr>
        <w:jc w:val="center"/>
        <w:rPr>
          <w:rFonts w:hint="eastAsia"/>
          <w:b/>
          <w:sz w:val="56"/>
        </w:rPr>
      </w:pPr>
    </w:p>
    <w:p w14:paraId="39AC80F0" w14:textId="5B176A6D" w:rsidR="0050098D" w:rsidRDefault="00406940">
      <w:pPr>
        <w:jc w:val="center"/>
        <w:rPr>
          <w:rFonts w:hint="eastAsia"/>
        </w:rPr>
      </w:pPr>
      <w:proofErr w:type="spellStart"/>
      <w:r>
        <w:rPr>
          <w:b/>
          <w:sz w:val="56"/>
        </w:rPr>
        <w:t>Swemynt</w:t>
      </w:r>
      <w:r w:rsidR="00FC4A08">
        <w:rPr>
          <w:b/>
          <w:sz w:val="56"/>
        </w:rPr>
        <w:t>s</w:t>
      </w:r>
      <w:proofErr w:type="spellEnd"/>
      <w:r>
        <w:rPr>
          <w:b/>
          <w:sz w:val="56"/>
        </w:rPr>
        <w:t xml:space="preserve"> </w:t>
      </w:r>
      <w:proofErr w:type="spellStart"/>
      <w:r>
        <w:rPr>
          <w:b/>
          <w:sz w:val="56"/>
        </w:rPr>
        <w:t>Lagerlista</w:t>
      </w:r>
      <w:proofErr w:type="spellEnd"/>
    </w:p>
    <w:p w14:paraId="29DB51B4" w14:textId="48B7822E" w:rsidR="0050098D" w:rsidRDefault="00406940">
      <w:pPr>
        <w:rPr>
          <w:rFonts w:hint="eastAsia"/>
        </w:rPr>
      </w:pPr>
      <w:r>
        <w:br w:type="page"/>
      </w:r>
    </w:p>
    <w:p w14:paraId="1202D8BD" w14:textId="77777777" w:rsidR="0050098D" w:rsidRDefault="00406940">
      <w:pPr>
        <w:pStyle w:val="Rubrik1"/>
      </w:pPr>
      <w:r>
        <w:lastRenderedPageBreak/>
        <w:t>Gustav Vasa (1521–1560)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8"/>
        <w:gridCol w:w="1436"/>
        <w:gridCol w:w="1438"/>
        <w:gridCol w:w="1443"/>
        <w:gridCol w:w="1437"/>
        <w:gridCol w:w="1438"/>
      </w:tblGrid>
      <w:tr w:rsidR="0050098D" w14:paraId="06150A6D" w14:textId="77777777">
        <w:tc>
          <w:tcPr>
            <w:tcW w:w="1440" w:type="dxa"/>
          </w:tcPr>
          <w:p w14:paraId="124176A5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74716351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3CFC104A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2D09B615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689B1D3E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21BDB6A8" w14:textId="7B1EE09E" w:rsidR="0050098D" w:rsidRDefault="00FC4A08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016721" w14:paraId="05EF92D9" w14:textId="77777777">
        <w:tc>
          <w:tcPr>
            <w:tcW w:w="1440" w:type="dxa"/>
          </w:tcPr>
          <w:p w14:paraId="703D9E55" w14:textId="6CB311B0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06F01F90" w14:textId="0980C9F4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44F79461" w14:textId="4CD13E3C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69042880" w14:textId="3E1F1B9A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5F92997B" w14:textId="2D822B0C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1616DB81" w14:textId="77777777" w:rsidR="0050098D" w:rsidRPr="00FC4A08" w:rsidRDefault="00406940">
            <w:pPr>
              <w:rPr>
                <w:rFonts w:hint="eastAsia"/>
                <w:lang w:val="sv-SE"/>
              </w:rPr>
            </w:pPr>
            <w:r w:rsidRPr="00FC4A08">
              <w:rPr>
                <w:lang w:val="sv-SE"/>
              </w:rPr>
              <w:t>[Klicka och infoga bild här]</w:t>
            </w:r>
          </w:p>
        </w:tc>
      </w:tr>
    </w:tbl>
    <w:p w14:paraId="52E13E09" w14:textId="77777777" w:rsidR="0050098D" w:rsidRPr="00FC4A08" w:rsidRDefault="0050098D">
      <w:pPr>
        <w:rPr>
          <w:rFonts w:hint="eastAsia"/>
          <w:lang w:val="sv-SE"/>
        </w:rPr>
      </w:pPr>
    </w:p>
    <w:p w14:paraId="2615C9BF" w14:textId="77777777" w:rsidR="0050098D" w:rsidRDefault="00406940">
      <w:pPr>
        <w:pStyle w:val="Rubrik1"/>
      </w:pPr>
      <w:r>
        <w:t>Erik XIV (1560–1568)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8"/>
        <w:gridCol w:w="1436"/>
        <w:gridCol w:w="1438"/>
        <w:gridCol w:w="1443"/>
        <w:gridCol w:w="1437"/>
        <w:gridCol w:w="1438"/>
      </w:tblGrid>
      <w:tr w:rsidR="0050098D" w14:paraId="4F6FF5A2" w14:textId="77777777">
        <w:tc>
          <w:tcPr>
            <w:tcW w:w="1440" w:type="dxa"/>
          </w:tcPr>
          <w:p w14:paraId="2CE95C23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0F806397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4B794629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0685767A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491EE928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41E37E45" w14:textId="0717E4F7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D339EC" w14:paraId="0B468ABF" w14:textId="77777777">
        <w:tc>
          <w:tcPr>
            <w:tcW w:w="1440" w:type="dxa"/>
          </w:tcPr>
          <w:p w14:paraId="152F1628" w14:textId="7EB7562E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4A71A8E3" w14:textId="676A6010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0568FAB0" w14:textId="0EA5B8E3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2765ECD5" w14:textId="0AFE2597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0C3B7861" w14:textId="12012E0A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6085E246" w14:textId="77777777" w:rsidR="0050098D" w:rsidRPr="00FC4A08" w:rsidRDefault="00406940">
            <w:pPr>
              <w:rPr>
                <w:rFonts w:hint="eastAsia"/>
                <w:lang w:val="sv-SE"/>
              </w:rPr>
            </w:pPr>
            <w:r w:rsidRPr="00FC4A08">
              <w:rPr>
                <w:lang w:val="sv-SE"/>
              </w:rPr>
              <w:t>[Klicka och infoga bild här]</w:t>
            </w:r>
          </w:p>
        </w:tc>
      </w:tr>
    </w:tbl>
    <w:p w14:paraId="2C4589C5" w14:textId="77777777" w:rsidR="0050098D" w:rsidRPr="00FC4A08" w:rsidRDefault="0050098D">
      <w:pPr>
        <w:rPr>
          <w:rFonts w:hint="eastAsia"/>
          <w:lang w:val="sv-SE"/>
        </w:rPr>
      </w:pPr>
    </w:p>
    <w:p w14:paraId="02C30FE1" w14:textId="77777777" w:rsidR="0050098D" w:rsidRDefault="00406940">
      <w:pPr>
        <w:pStyle w:val="Rubrik1"/>
      </w:pPr>
      <w:r>
        <w:t>Johan III (1568–1592)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7"/>
        <w:gridCol w:w="1437"/>
        <w:gridCol w:w="1438"/>
        <w:gridCol w:w="1443"/>
        <w:gridCol w:w="1437"/>
        <w:gridCol w:w="1438"/>
      </w:tblGrid>
      <w:tr w:rsidR="0050098D" w14:paraId="4449734A" w14:textId="77777777">
        <w:tc>
          <w:tcPr>
            <w:tcW w:w="1440" w:type="dxa"/>
          </w:tcPr>
          <w:p w14:paraId="1044DEE4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3D27947E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32787114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5196D4CC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226E695B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00CC9A56" w14:textId="2A508D52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FC4A08" w14:paraId="62C3F92D" w14:textId="77777777">
        <w:tc>
          <w:tcPr>
            <w:tcW w:w="1440" w:type="dxa"/>
          </w:tcPr>
          <w:p w14:paraId="50D8B181" w14:textId="4BA1B586" w:rsidR="0050098D" w:rsidRDefault="00153D82">
            <w:pPr>
              <w:rPr>
                <w:rFonts w:hint="eastAsia"/>
              </w:rPr>
            </w:pPr>
            <w:r>
              <w:t xml:space="preserve">2 </w:t>
            </w:r>
            <w:proofErr w:type="spellStart"/>
            <w:r>
              <w:t>öre</w:t>
            </w:r>
            <w:proofErr w:type="spellEnd"/>
          </w:p>
        </w:tc>
        <w:tc>
          <w:tcPr>
            <w:tcW w:w="1440" w:type="dxa"/>
          </w:tcPr>
          <w:p w14:paraId="241E7C14" w14:textId="3F3C2B54" w:rsidR="0050098D" w:rsidRDefault="00153D82">
            <w:pPr>
              <w:rPr>
                <w:rFonts w:hint="eastAsia"/>
              </w:rPr>
            </w:pPr>
            <w:r>
              <w:t>1873</w:t>
            </w:r>
          </w:p>
        </w:tc>
        <w:tc>
          <w:tcPr>
            <w:tcW w:w="1440" w:type="dxa"/>
          </w:tcPr>
          <w:p w14:paraId="408AD96B" w14:textId="1934ACC3" w:rsidR="0050098D" w:rsidRDefault="007E2312">
            <w:pPr>
              <w:rPr>
                <w:rFonts w:hint="eastAsia"/>
              </w:rPr>
            </w:pPr>
            <w:r>
              <w:t>1</w:t>
            </w:r>
          </w:p>
        </w:tc>
        <w:tc>
          <w:tcPr>
            <w:tcW w:w="1440" w:type="dxa"/>
          </w:tcPr>
          <w:p w14:paraId="29C3A2A8" w14:textId="3FFE5CF6" w:rsidR="00FC4A08" w:rsidRPr="00FC4A08" w:rsidRDefault="007E2312" w:rsidP="00FC4A08">
            <w:pPr>
              <w:rPr>
                <w:rFonts w:hint="eastAsia"/>
              </w:rPr>
            </w:pPr>
            <w:r>
              <w:rPr>
                <w:rFonts w:hint="eastAsia"/>
              </w:rPr>
              <w:t>Z</w:t>
            </w:r>
            <w:r>
              <w:t xml:space="preserve"> - R</w:t>
            </w:r>
          </w:p>
        </w:tc>
        <w:tc>
          <w:tcPr>
            <w:tcW w:w="1440" w:type="dxa"/>
          </w:tcPr>
          <w:p w14:paraId="5143D721" w14:textId="1F9858EF" w:rsidR="0050098D" w:rsidRDefault="007E2312">
            <w:pPr>
              <w:rPr>
                <w:rFonts w:hint="eastAsia"/>
              </w:rPr>
            </w:pPr>
            <w:proofErr w:type="gramStart"/>
            <w:r>
              <w:t>300:-</w:t>
            </w:r>
            <w:proofErr w:type="gramEnd"/>
          </w:p>
        </w:tc>
        <w:tc>
          <w:tcPr>
            <w:tcW w:w="1440" w:type="dxa"/>
          </w:tcPr>
          <w:p w14:paraId="32A0ED7F" w14:textId="5374B523" w:rsidR="0050098D" w:rsidRPr="00FC4A08" w:rsidRDefault="00406940">
            <w:pPr>
              <w:rPr>
                <w:rFonts w:hint="eastAsia"/>
                <w:lang w:val="sv-SE"/>
              </w:rPr>
            </w:pPr>
            <w:hyperlink r:id="rId7" w:history="1">
              <w:r w:rsidRPr="00C312DE">
                <w:rPr>
                  <w:rStyle w:val="Hyperlnk"/>
                  <w:lang w:val="sv-SE"/>
                </w:rPr>
                <w:t>[Klicka</w:t>
              </w:r>
              <w:r w:rsidR="00C312DE" w:rsidRPr="00C312DE">
                <w:rPr>
                  <w:rStyle w:val="Hyperlnk"/>
                  <w:lang w:val="sv-SE"/>
                </w:rPr>
                <w:t xml:space="preserve"> </w:t>
              </w:r>
              <w:r w:rsidRPr="00C312DE">
                <w:rPr>
                  <w:rStyle w:val="Hyperlnk"/>
                  <w:lang w:val="sv-SE"/>
                </w:rPr>
                <w:t>här]</w:t>
              </w:r>
            </w:hyperlink>
          </w:p>
        </w:tc>
      </w:tr>
    </w:tbl>
    <w:p w14:paraId="133B1D99" w14:textId="77777777" w:rsidR="0050098D" w:rsidRPr="00FC4A08" w:rsidRDefault="0050098D">
      <w:pPr>
        <w:rPr>
          <w:rFonts w:hint="eastAsia"/>
          <w:lang w:val="sv-SE"/>
        </w:rPr>
      </w:pPr>
    </w:p>
    <w:p w14:paraId="5DEB3FC9" w14:textId="77777777" w:rsidR="0050098D" w:rsidRDefault="00406940">
      <w:pPr>
        <w:pStyle w:val="Rubrik1"/>
      </w:pPr>
      <w:r>
        <w:t>Sigismund (1592–1599)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8"/>
        <w:gridCol w:w="1436"/>
        <w:gridCol w:w="1438"/>
        <w:gridCol w:w="1443"/>
        <w:gridCol w:w="1437"/>
        <w:gridCol w:w="1438"/>
      </w:tblGrid>
      <w:tr w:rsidR="0050098D" w14:paraId="04BD8F3B" w14:textId="77777777">
        <w:tc>
          <w:tcPr>
            <w:tcW w:w="1440" w:type="dxa"/>
          </w:tcPr>
          <w:p w14:paraId="24FAED9E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497A99F1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7F70A0B1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1ED1A6F4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6BFEB3D5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2545E060" w14:textId="6081AC44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D339EC" w14:paraId="015175CC" w14:textId="77777777">
        <w:tc>
          <w:tcPr>
            <w:tcW w:w="1440" w:type="dxa"/>
          </w:tcPr>
          <w:p w14:paraId="772C816E" w14:textId="1EE82851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016E3F3E" w14:textId="263B64E9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7D7CDEBF" w14:textId="0707F846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3A7A528E" w14:textId="51E22BCA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01BDD8B2" w14:textId="3C726270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6B2EE699" w14:textId="77777777" w:rsidR="0050098D" w:rsidRPr="00FC4A08" w:rsidRDefault="00406940">
            <w:pPr>
              <w:rPr>
                <w:rFonts w:hint="eastAsia"/>
                <w:lang w:val="sv-SE"/>
              </w:rPr>
            </w:pPr>
            <w:r w:rsidRPr="00FC4A08">
              <w:rPr>
                <w:lang w:val="sv-SE"/>
              </w:rPr>
              <w:t>[Klicka och infoga bild här]</w:t>
            </w:r>
          </w:p>
        </w:tc>
      </w:tr>
    </w:tbl>
    <w:p w14:paraId="2D20C10B" w14:textId="77777777" w:rsidR="0050098D" w:rsidRPr="00FC4A08" w:rsidRDefault="0050098D">
      <w:pPr>
        <w:rPr>
          <w:rFonts w:hint="eastAsia"/>
          <w:lang w:val="sv-SE"/>
        </w:rPr>
      </w:pPr>
    </w:p>
    <w:p w14:paraId="5C9A83BC" w14:textId="77777777" w:rsidR="0050098D" w:rsidRDefault="00406940">
      <w:pPr>
        <w:pStyle w:val="Rubrik1"/>
      </w:pPr>
      <w:r>
        <w:t>Karl IX (1599–1611)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8"/>
        <w:gridCol w:w="1436"/>
        <w:gridCol w:w="1438"/>
        <w:gridCol w:w="1443"/>
        <w:gridCol w:w="1437"/>
        <w:gridCol w:w="1438"/>
      </w:tblGrid>
      <w:tr w:rsidR="0050098D" w14:paraId="11A624E3" w14:textId="77777777">
        <w:tc>
          <w:tcPr>
            <w:tcW w:w="1440" w:type="dxa"/>
          </w:tcPr>
          <w:p w14:paraId="2EBCA63E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164259B7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0A787602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4A53EADD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10660CB6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36024F3A" w14:textId="25B428FE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D339EC" w14:paraId="70BA8C33" w14:textId="77777777">
        <w:tc>
          <w:tcPr>
            <w:tcW w:w="1440" w:type="dxa"/>
          </w:tcPr>
          <w:p w14:paraId="2DE1D083" w14:textId="5DFABCAA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4B090655" w14:textId="57F0C9DE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3444D56E" w14:textId="1BAD39BD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4FBC9BAD" w14:textId="3738A544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11AD16F7" w14:textId="2230843F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3856B069" w14:textId="77777777" w:rsidR="0050098D" w:rsidRPr="00FC4A08" w:rsidRDefault="00406940">
            <w:pPr>
              <w:rPr>
                <w:rFonts w:hint="eastAsia"/>
                <w:lang w:val="sv-SE"/>
              </w:rPr>
            </w:pPr>
            <w:r w:rsidRPr="00FC4A08">
              <w:rPr>
                <w:lang w:val="sv-SE"/>
              </w:rPr>
              <w:t>[Klicka och infoga bild här]</w:t>
            </w:r>
          </w:p>
        </w:tc>
      </w:tr>
    </w:tbl>
    <w:p w14:paraId="3FA17B7C" w14:textId="77777777" w:rsidR="0050098D" w:rsidRPr="00FC4A08" w:rsidRDefault="0050098D">
      <w:pPr>
        <w:rPr>
          <w:rFonts w:hint="eastAsia"/>
          <w:lang w:val="sv-SE"/>
        </w:rPr>
      </w:pPr>
    </w:p>
    <w:p w14:paraId="310B20BC" w14:textId="77777777" w:rsidR="0050098D" w:rsidRDefault="00406940">
      <w:pPr>
        <w:pStyle w:val="Rubrik1"/>
      </w:pPr>
      <w:r>
        <w:lastRenderedPageBreak/>
        <w:t>Gustav II Adolf (1611–1632)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8"/>
        <w:gridCol w:w="1436"/>
        <w:gridCol w:w="1438"/>
        <w:gridCol w:w="1443"/>
        <w:gridCol w:w="1437"/>
        <w:gridCol w:w="1438"/>
      </w:tblGrid>
      <w:tr w:rsidR="0050098D" w14:paraId="3EE6591B" w14:textId="77777777">
        <w:tc>
          <w:tcPr>
            <w:tcW w:w="1440" w:type="dxa"/>
          </w:tcPr>
          <w:p w14:paraId="12F39A3A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267052F4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3E2B10BD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152E020C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2111429B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2E34E949" w14:textId="562BE2AD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D339EC" w14:paraId="740515CA" w14:textId="77777777">
        <w:tc>
          <w:tcPr>
            <w:tcW w:w="1440" w:type="dxa"/>
          </w:tcPr>
          <w:p w14:paraId="25F53481" w14:textId="618DB382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4AEC0E95" w14:textId="0519C6BF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5CF83C2D" w14:textId="6022D4CC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3A296037" w14:textId="4C2DF27F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605CFDF6" w14:textId="7CF52FF4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6A87BA5B" w14:textId="77777777" w:rsidR="0050098D" w:rsidRPr="00FC4A08" w:rsidRDefault="00406940">
            <w:pPr>
              <w:rPr>
                <w:rFonts w:hint="eastAsia"/>
                <w:lang w:val="sv-SE"/>
              </w:rPr>
            </w:pPr>
            <w:r w:rsidRPr="00FC4A08">
              <w:rPr>
                <w:lang w:val="sv-SE"/>
              </w:rPr>
              <w:t>[Klicka och infoga bild här]</w:t>
            </w:r>
          </w:p>
        </w:tc>
      </w:tr>
    </w:tbl>
    <w:p w14:paraId="0221D355" w14:textId="77777777" w:rsidR="0050098D" w:rsidRPr="00FC4A08" w:rsidRDefault="0050098D">
      <w:pPr>
        <w:rPr>
          <w:rFonts w:hint="eastAsia"/>
          <w:lang w:val="sv-SE"/>
        </w:rPr>
      </w:pPr>
    </w:p>
    <w:p w14:paraId="66B51B8C" w14:textId="77777777" w:rsidR="0050098D" w:rsidRDefault="00406940">
      <w:pPr>
        <w:pStyle w:val="Rubrik1"/>
      </w:pPr>
      <w:r>
        <w:t>Kristina (1632–1654)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8"/>
        <w:gridCol w:w="1436"/>
        <w:gridCol w:w="1438"/>
        <w:gridCol w:w="1443"/>
        <w:gridCol w:w="1437"/>
        <w:gridCol w:w="1438"/>
      </w:tblGrid>
      <w:tr w:rsidR="0050098D" w14:paraId="2ADC8D0C" w14:textId="77777777">
        <w:tc>
          <w:tcPr>
            <w:tcW w:w="1440" w:type="dxa"/>
          </w:tcPr>
          <w:p w14:paraId="4CEEC87D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7F8E5333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121ACC08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2912162A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35E91922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4A75F8F4" w14:textId="36D0CA2D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D339EC" w14:paraId="326D14A8" w14:textId="77777777">
        <w:tc>
          <w:tcPr>
            <w:tcW w:w="1440" w:type="dxa"/>
          </w:tcPr>
          <w:p w14:paraId="6A1BC81E" w14:textId="05878C77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46D92108" w14:textId="49ECFFF9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12D50C98" w14:textId="343D9EC3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1250F126" w14:textId="1CB2366B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463FEEAF" w14:textId="1FC93124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1DB48C0A" w14:textId="77777777" w:rsidR="0050098D" w:rsidRPr="00FC4A08" w:rsidRDefault="00406940">
            <w:pPr>
              <w:rPr>
                <w:rFonts w:hint="eastAsia"/>
                <w:lang w:val="sv-SE"/>
              </w:rPr>
            </w:pPr>
            <w:r w:rsidRPr="00FC4A08">
              <w:rPr>
                <w:lang w:val="sv-SE"/>
              </w:rPr>
              <w:t>[Klicka och infoga bild här]</w:t>
            </w:r>
          </w:p>
        </w:tc>
      </w:tr>
    </w:tbl>
    <w:p w14:paraId="1DBE2D47" w14:textId="77777777" w:rsidR="0050098D" w:rsidRPr="00FC4A08" w:rsidRDefault="0050098D">
      <w:pPr>
        <w:rPr>
          <w:rFonts w:hint="eastAsia"/>
          <w:lang w:val="sv-SE"/>
        </w:rPr>
      </w:pPr>
    </w:p>
    <w:p w14:paraId="23DBB1C5" w14:textId="77777777" w:rsidR="0050098D" w:rsidRDefault="00406940">
      <w:pPr>
        <w:pStyle w:val="Rubrik1"/>
      </w:pPr>
      <w:r>
        <w:t>Karl X Gustav (1654–1660)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7"/>
        <w:gridCol w:w="1437"/>
        <w:gridCol w:w="1438"/>
        <w:gridCol w:w="1443"/>
        <w:gridCol w:w="1437"/>
        <w:gridCol w:w="1438"/>
      </w:tblGrid>
      <w:tr w:rsidR="0050098D" w14:paraId="115DBA4B" w14:textId="77777777">
        <w:tc>
          <w:tcPr>
            <w:tcW w:w="1440" w:type="dxa"/>
          </w:tcPr>
          <w:p w14:paraId="3E3F9627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287029DD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7202D900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724BCD68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61140B16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58FA3204" w14:textId="62BFDF75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C312DE" w14:paraId="27E77695" w14:textId="77777777">
        <w:tc>
          <w:tcPr>
            <w:tcW w:w="1440" w:type="dxa"/>
          </w:tcPr>
          <w:p w14:paraId="53C085DE" w14:textId="79286D54" w:rsidR="0050098D" w:rsidRDefault="00781348">
            <w:pPr>
              <w:rPr>
                <w:rFonts w:hint="eastAsia"/>
              </w:rPr>
            </w:pPr>
            <w:r>
              <w:t xml:space="preserve">¼ </w:t>
            </w:r>
            <w:proofErr w:type="spellStart"/>
            <w:r>
              <w:t>öre</w:t>
            </w:r>
            <w:proofErr w:type="spellEnd"/>
          </w:p>
        </w:tc>
        <w:tc>
          <w:tcPr>
            <w:tcW w:w="1440" w:type="dxa"/>
          </w:tcPr>
          <w:p w14:paraId="1BDC7F73" w14:textId="5F220262" w:rsidR="0050098D" w:rsidRDefault="00781348">
            <w:pPr>
              <w:rPr>
                <w:rFonts w:hint="eastAsia"/>
              </w:rPr>
            </w:pPr>
            <w:r>
              <w:t>1659</w:t>
            </w:r>
          </w:p>
        </w:tc>
        <w:tc>
          <w:tcPr>
            <w:tcW w:w="1440" w:type="dxa"/>
          </w:tcPr>
          <w:p w14:paraId="75122488" w14:textId="020DCE75" w:rsidR="0050098D" w:rsidRDefault="00781348">
            <w:pPr>
              <w:rPr>
                <w:rFonts w:hint="eastAsia"/>
              </w:rPr>
            </w:pPr>
            <w:r>
              <w:t>1/1+</w:t>
            </w:r>
          </w:p>
        </w:tc>
        <w:tc>
          <w:tcPr>
            <w:tcW w:w="1440" w:type="dxa"/>
          </w:tcPr>
          <w:p w14:paraId="541079BB" w14:textId="6ADC07CC" w:rsidR="0050098D" w:rsidRDefault="00E965D6">
            <w:pPr>
              <w:rPr>
                <w:rFonts w:hint="eastAsia"/>
              </w:rPr>
            </w:pPr>
            <w:proofErr w:type="spellStart"/>
            <w:r>
              <w:t>Välpräglad</w:t>
            </w:r>
            <w:proofErr w:type="spellEnd"/>
          </w:p>
        </w:tc>
        <w:tc>
          <w:tcPr>
            <w:tcW w:w="1440" w:type="dxa"/>
          </w:tcPr>
          <w:p w14:paraId="171ACC62" w14:textId="43FA04DB" w:rsidR="0050098D" w:rsidRDefault="00E965D6">
            <w:pPr>
              <w:rPr>
                <w:rFonts w:hint="eastAsia"/>
              </w:rPr>
            </w:pPr>
            <w:proofErr w:type="gramStart"/>
            <w:r>
              <w:t>600:-</w:t>
            </w:r>
            <w:proofErr w:type="gramEnd"/>
          </w:p>
        </w:tc>
        <w:tc>
          <w:tcPr>
            <w:tcW w:w="1440" w:type="dxa"/>
          </w:tcPr>
          <w:p w14:paraId="7A1F9015" w14:textId="6F63F5C5" w:rsidR="0050098D" w:rsidRPr="00FC4A08" w:rsidRDefault="00406940">
            <w:pPr>
              <w:rPr>
                <w:rFonts w:hint="eastAsia"/>
                <w:lang w:val="sv-SE"/>
              </w:rPr>
            </w:pPr>
            <w:hyperlink r:id="rId8" w:history="1">
              <w:r w:rsidRPr="007212E0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</w:tbl>
    <w:p w14:paraId="75BCFCD4" w14:textId="77777777" w:rsidR="0050098D" w:rsidRPr="00FC4A08" w:rsidRDefault="0050098D">
      <w:pPr>
        <w:rPr>
          <w:rFonts w:hint="eastAsia"/>
          <w:lang w:val="sv-SE"/>
        </w:rPr>
      </w:pPr>
    </w:p>
    <w:p w14:paraId="6E3C54E3" w14:textId="77777777" w:rsidR="0050098D" w:rsidRDefault="00406940">
      <w:pPr>
        <w:pStyle w:val="Rubrik1"/>
      </w:pPr>
      <w:r>
        <w:t>Karl XI (1660–1697)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7"/>
        <w:gridCol w:w="1437"/>
        <w:gridCol w:w="1438"/>
        <w:gridCol w:w="1443"/>
        <w:gridCol w:w="1437"/>
        <w:gridCol w:w="1438"/>
      </w:tblGrid>
      <w:tr w:rsidR="0050098D" w14:paraId="3C597B24" w14:textId="77777777">
        <w:tc>
          <w:tcPr>
            <w:tcW w:w="1440" w:type="dxa"/>
          </w:tcPr>
          <w:p w14:paraId="1B917CAE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3768EE90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4F94CB80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1A4FC864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01C76479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596615A7" w14:textId="6AF9AC58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C312DE" w14:paraId="1B3359EB" w14:textId="77777777">
        <w:tc>
          <w:tcPr>
            <w:tcW w:w="1440" w:type="dxa"/>
          </w:tcPr>
          <w:p w14:paraId="43FAB461" w14:textId="5C9AD3F9" w:rsidR="00FC4A08" w:rsidRPr="00FC4A08" w:rsidRDefault="007C0C26" w:rsidP="00FC4A08">
            <w:pPr>
              <w:rPr>
                <w:rFonts w:hint="eastAsia"/>
              </w:rPr>
            </w:pPr>
            <w:r>
              <w:t xml:space="preserve">1 </w:t>
            </w:r>
            <w:proofErr w:type="spellStart"/>
            <w:r>
              <w:t>öre</w:t>
            </w:r>
            <w:proofErr w:type="spellEnd"/>
            <w:r>
              <w:t xml:space="preserve"> SM</w:t>
            </w:r>
          </w:p>
          <w:p w14:paraId="4FD5EBE5" w14:textId="47E8D681" w:rsidR="00FC4A08" w:rsidRPr="00FC4A08" w:rsidRDefault="00FC4A08" w:rsidP="00FC4A08">
            <w:pPr>
              <w:jc w:val="center"/>
              <w:rPr>
                <w:rFonts w:hint="eastAsia"/>
              </w:rPr>
            </w:pPr>
          </w:p>
        </w:tc>
        <w:tc>
          <w:tcPr>
            <w:tcW w:w="1440" w:type="dxa"/>
          </w:tcPr>
          <w:p w14:paraId="5CC78589" w14:textId="1F5FDAEA" w:rsidR="0050098D" w:rsidRDefault="007C0C26">
            <w:pPr>
              <w:rPr>
                <w:rFonts w:hint="eastAsia"/>
              </w:rPr>
            </w:pPr>
            <w:r>
              <w:t>1677</w:t>
            </w:r>
          </w:p>
        </w:tc>
        <w:tc>
          <w:tcPr>
            <w:tcW w:w="1440" w:type="dxa"/>
          </w:tcPr>
          <w:p w14:paraId="6D5AAE56" w14:textId="0BD09230" w:rsidR="0050098D" w:rsidRDefault="007C0C26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40" w:type="dxa"/>
          </w:tcPr>
          <w:p w14:paraId="4ADF03B7" w14:textId="5B84F295" w:rsidR="0050098D" w:rsidRDefault="0050098D">
            <w:pPr>
              <w:rPr>
                <w:rFonts w:hint="eastAsia"/>
              </w:rPr>
            </w:pPr>
          </w:p>
        </w:tc>
        <w:tc>
          <w:tcPr>
            <w:tcW w:w="1440" w:type="dxa"/>
          </w:tcPr>
          <w:p w14:paraId="689E61AA" w14:textId="447744AA" w:rsidR="0050098D" w:rsidRDefault="007C0C26">
            <w:pPr>
              <w:rPr>
                <w:rFonts w:hint="eastAsia"/>
              </w:rPr>
            </w:pPr>
            <w:proofErr w:type="gramStart"/>
            <w:r>
              <w:t>500:-</w:t>
            </w:r>
            <w:proofErr w:type="gramEnd"/>
          </w:p>
        </w:tc>
        <w:tc>
          <w:tcPr>
            <w:tcW w:w="1440" w:type="dxa"/>
          </w:tcPr>
          <w:p w14:paraId="1F159CF6" w14:textId="2C92A93C" w:rsidR="0050098D" w:rsidRPr="00FC4A08" w:rsidRDefault="00406940">
            <w:pPr>
              <w:rPr>
                <w:rFonts w:hint="eastAsia"/>
                <w:lang w:val="sv-SE"/>
              </w:rPr>
            </w:pPr>
            <w:hyperlink r:id="rId9" w:history="1">
              <w:r w:rsidRPr="00613DA7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</w:tbl>
    <w:p w14:paraId="1C0D49F7" w14:textId="77777777" w:rsidR="0050098D" w:rsidRPr="00FC4A08" w:rsidRDefault="0050098D">
      <w:pPr>
        <w:rPr>
          <w:rFonts w:hint="eastAsia"/>
          <w:lang w:val="sv-SE"/>
        </w:rPr>
      </w:pPr>
    </w:p>
    <w:p w14:paraId="44DB480B" w14:textId="77777777" w:rsidR="0050098D" w:rsidRDefault="00406940">
      <w:pPr>
        <w:pStyle w:val="Rubrik1"/>
      </w:pPr>
      <w:r>
        <w:t>Karl XII (1697–1718)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6"/>
        <w:gridCol w:w="1390"/>
        <w:gridCol w:w="1409"/>
        <w:gridCol w:w="1587"/>
        <w:gridCol w:w="1404"/>
        <w:gridCol w:w="1404"/>
      </w:tblGrid>
      <w:tr w:rsidR="0050098D" w14:paraId="12AD329B" w14:textId="77777777" w:rsidTr="009978B9">
        <w:tc>
          <w:tcPr>
            <w:tcW w:w="1436" w:type="dxa"/>
          </w:tcPr>
          <w:p w14:paraId="2B67BA7E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390" w:type="dxa"/>
          </w:tcPr>
          <w:p w14:paraId="456A4E36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09" w:type="dxa"/>
          </w:tcPr>
          <w:p w14:paraId="1A4750AD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587" w:type="dxa"/>
          </w:tcPr>
          <w:p w14:paraId="3CEEB545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04" w:type="dxa"/>
          </w:tcPr>
          <w:p w14:paraId="2CACE94A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04" w:type="dxa"/>
          </w:tcPr>
          <w:p w14:paraId="007E91D4" w14:textId="50483317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737DDF" w:rsidRPr="00C312DE" w14:paraId="11E52021" w14:textId="77777777" w:rsidTr="009978B9">
        <w:tc>
          <w:tcPr>
            <w:tcW w:w="1436" w:type="dxa"/>
          </w:tcPr>
          <w:p w14:paraId="5624DE16" w14:textId="7BCF640D" w:rsidR="00737DDF" w:rsidRDefault="00B95155">
            <w:pPr>
              <w:rPr>
                <w:rFonts w:hint="eastAsia"/>
              </w:rPr>
            </w:pPr>
            <w:r>
              <w:t>Kronan</w:t>
            </w:r>
          </w:p>
        </w:tc>
        <w:tc>
          <w:tcPr>
            <w:tcW w:w="1390" w:type="dxa"/>
          </w:tcPr>
          <w:p w14:paraId="5F68DFE9" w14:textId="7AE9BB66" w:rsidR="00737DDF" w:rsidRDefault="00B95155">
            <w:pPr>
              <w:rPr>
                <w:rFonts w:hint="eastAsia"/>
              </w:rPr>
            </w:pPr>
            <w:r>
              <w:t>1715</w:t>
            </w:r>
          </w:p>
        </w:tc>
        <w:tc>
          <w:tcPr>
            <w:tcW w:w="1409" w:type="dxa"/>
          </w:tcPr>
          <w:p w14:paraId="5562D964" w14:textId="601F4AF1" w:rsidR="00B95155" w:rsidRDefault="00B95155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587" w:type="dxa"/>
          </w:tcPr>
          <w:p w14:paraId="4C3AB2CF" w14:textId="77777777" w:rsidR="00737DDF" w:rsidRDefault="00737DDF">
            <w:pPr>
              <w:rPr>
                <w:rFonts w:hint="eastAsia"/>
              </w:rPr>
            </w:pPr>
          </w:p>
        </w:tc>
        <w:tc>
          <w:tcPr>
            <w:tcW w:w="1404" w:type="dxa"/>
          </w:tcPr>
          <w:p w14:paraId="02EA951B" w14:textId="22A526BC" w:rsidR="00737DDF" w:rsidRDefault="00B95155">
            <w:pPr>
              <w:rPr>
                <w:rFonts w:hint="eastAsia"/>
              </w:rPr>
            </w:pPr>
            <w:proofErr w:type="gramStart"/>
            <w:r>
              <w:t>700:-</w:t>
            </w:r>
            <w:proofErr w:type="gramEnd"/>
          </w:p>
        </w:tc>
        <w:tc>
          <w:tcPr>
            <w:tcW w:w="1404" w:type="dxa"/>
          </w:tcPr>
          <w:p w14:paraId="7C66E17B" w14:textId="148A354B" w:rsidR="00737DDF" w:rsidRDefault="00B95155">
            <w:pPr>
              <w:rPr>
                <w:rFonts w:hint="eastAsia"/>
                <w:lang w:val="sv-SE"/>
              </w:rPr>
            </w:pPr>
            <w:hyperlink r:id="rId10" w:history="1">
              <w:r w:rsidRPr="00737DDF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BF49A4" w14:paraId="617DFFB9" w14:textId="77777777" w:rsidTr="009978B9">
        <w:tc>
          <w:tcPr>
            <w:tcW w:w="1436" w:type="dxa"/>
          </w:tcPr>
          <w:p w14:paraId="75B4A5C0" w14:textId="105FBD5A" w:rsidR="00BF49A4" w:rsidRDefault="00D0104A" w:rsidP="00830C4D">
            <w:pPr>
              <w:rPr>
                <w:rFonts w:hint="eastAsia"/>
              </w:rPr>
            </w:pPr>
            <w:proofErr w:type="spellStart"/>
            <w:r>
              <w:t>Pvblica</w:t>
            </w:r>
            <w:proofErr w:type="spellEnd"/>
            <w:r>
              <w:t xml:space="preserve"> Fide</w:t>
            </w:r>
          </w:p>
        </w:tc>
        <w:tc>
          <w:tcPr>
            <w:tcW w:w="1390" w:type="dxa"/>
          </w:tcPr>
          <w:p w14:paraId="2E47A75E" w14:textId="4A855100" w:rsidR="00BF49A4" w:rsidRDefault="00D0104A" w:rsidP="00830C4D">
            <w:pPr>
              <w:rPr>
                <w:rFonts w:hint="eastAsia"/>
              </w:rPr>
            </w:pPr>
            <w:r>
              <w:t>1716</w:t>
            </w:r>
          </w:p>
        </w:tc>
        <w:tc>
          <w:tcPr>
            <w:tcW w:w="1409" w:type="dxa"/>
          </w:tcPr>
          <w:p w14:paraId="0DEC9B4A" w14:textId="10E1F5D1" w:rsidR="00BF49A4" w:rsidRDefault="00D0104A" w:rsidP="00830C4D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587" w:type="dxa"/>
          </w:tcPr>
          <w:p w14:paraId="490E2D11" w14:textId="77777777" w:rsidR="00BF49A4" w:rsidRDefault="00BF49A4" w:rsidP="00830C4D">
            <w:pPr>
              <w:rPr>
                <w:rFonts w:hint="eastAsia"/>
              </w:rPr>
            </w:pPr>
          </w:p>
        </w:tc>
        <w:tc>
          <w:tcPr>
            <w:tcW w:w="1404" w:type="dxa"/>
          </w:tcPr>
          <w:p w14:paraId="3FE3AE15" w14:textId="3DA38294" w:rsidR="00BF49A4" w:rsidRDefault="00D0104A" w:rsidP="00830C4D">
            <w:pPr>
              <w:rPr>
                <w:rFonts w:hint="eastAsia"/>
              </w:rPr>
            </w:pPr>
            <w:proofErr w:type="gramStart"/>
            <w:r>
              <w:t>850:-</w:t>
            </w:r>
            <w:proofErr w:type="gramEnd"/>
          </w:p>
        </w:tc>
        <w:tc>
          <w:tcPr>
            <w:tcW w:w="1404" w:type="dxa"/>
          </w:tcPr>
          <w:p w14:paraId="1C9A2B5B" w14:textId="376CF9BE" w:rsidR="00BF49A4" w:rsidRDefault="00BF49A4" w:rsidP="00830C4D">
            <w:pPr>
              <w:rPr>
                <w:rFonts w:hint="eastAsia"/>
                <w:lang w:val="sv-SE"/>
              </w:rPr>
            </w:pPr>
            <w:hyperlink r:id="rId11" w:history="1">
              <w:r w:rsidRPr="00737DDF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BF49A4" w14:paraId="4DDE7630" w14:textId="77777777" w:rsidTr="009978B9">
        <w:tc>
          <w:tcPr>
            <w:tcW w:w="1436" w:type="dxa"/>
          </w:tcPr>
          <w:p w14:paraId="39C848DB" w14:textId="15797129" w:rsidR="00BF49A4" w:rsidRDefault="00A379AC" w:rsidP="00830C4D">
            <w:pPr>
              <w:rPr>
                <w:rFonts w:hint="eastAsia"/>
              </w:rPr>
            </w:pPr>
            <w:r>
              <w:t xml:space="preserve">Wett </w:t>
            </w:r>
            <w:proofErr w:type="spellStart"/>
            <w:r>
              <w:t>och</w:t>
            </w:r>
            <w:proofErr w:type="spellEnd"/>
            <w:r>
              <w:t xml:space="preserve"> </w:t>
            </w:r>
            <w:proofErr w:type="spellStart"/>
            <w:r>
              <w:t>Wapen</w:t>
            </w:r>
            <w:proofErr w:type="spellEnd"/>
          </w:p>
        </w:tc>
        <w:tc>
          <w:tcPr>
            <w:tcW w:w="1390" w:type="dxa"/>
          </w:tcPr>
          <w:p w14:paraId="539FBB92" w14:textId="639E2D67" w:rsidR="00BF49A4" w:rsidRDefault="00A379AC" w:rsidP="00830C4D">
            <w:pPr>
              <w:rPr>
                <w:rFonts w:hint="eastAsia"/>
              </w:rPr>
            </w:pPr>
            <w:r>
              <w:t>1717</w:t>
            </w:r>
          </w:p>
        </w:tc>
        <w:tc>
          <w:tcPr>
            <w:tcW w:w="1409" w:type="dxa"/>
          </w:tcPr>
          <w:p w14:paraId="31EBAADA" w14:textId="42C36DDA" w:rsidR="00BF49A4" w:rsidRDefault="00A379AC" w:rsidP="00830C4D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587" w:type="dxa"/>
          </w:tcPr>
          <w:p w14:paraId="39064CBB" w14:textId="77777777" w:rsidR="00BF49A4" w:rsidRDefault="00BF49A4" w:rsidP="00830C4D">
            <w:pPr>
              <w:rPr>
                <w:rFonts w:hint="eastAsia"/>
              </w:rPr>
            </w:pPr>
          </w:p>
        </w:tc>
        <w:tc>
          <w:tcPr>
            <w:tcW w:w="1404" w:type="dxa"/>
          </w:tcPr>
          <w:p w14:paraId="41BA6C1D" w14:textId="05F9D6D4" w:rsidR="00BF49A4" w:rsidRDefault="00A379AC" w:rsidP="00830C4D">
            <w:pPr>
              <w:rPr>
                <w:rFonts w:hint="eastAsia"/>
              </w:rPr>
            </w:pPr>
            <w:proofErr w:type="gramStart"/>
            <w:r>
              <w:t>700:-</w:t>
            </w:r>
            <w:proofErr w:type="gramEnd"/>
          </w:p>
        </w:tc>
        <w:tc>
          <w:tcPr>
            <w:tcW w:w="1404" w:type="dxa"/>
          </w:tcPr>
          <w:p w14:paraId="27D267A2" w14:textId="6D1B9273" w:rsidR="00BF49A4" w:rsidRDefault="00BF49A4" w:rsidP="00830C4D">
            <w:pPr>
              <w:rPr>
                <w:rFonts w:hint="eastAsia"/>
                <w:lang w:val="sv-SE"/>
              </w:rPr>
            </w:pPr>
            <w:hyperlink r:id="rId12" w:history="1">
              <w:r w:rsidRPr="00737DDF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BF49A4" w14:paraId="753A64FE" w14:textId="77777777" w:rsidTr="009978B9">
        <w:tc>
          <w:tcPr>
            <w:tcW w:w="1436" w:type="dxa"/>
          </w:tcPr>
          <w:p w14:paraId="6A68DC16" w14:textId="11D750E3" w:rsidR="00BF49A4" w:rsidRDefault="00ED39C8" w:rsidP="00830C4D">
            <w:pPr>
              <w:rPr>
                <w:rFonts w:hint="eastAsia"/>
              </w:rPr>
            </w:pPr>
            <w:proofErr w:type="spellStart"/>
            <w:r>
              <w:lastRenderedPageBreak/>
              <w:t>Satvrnvs</w:t>
            </w:r>
            <w:proofErr w:type="spellEnd"/>
          </w:p>
        </w:tc>
        <w:tc>
          <w:tcPr>
            <w:tcW w:w="1390" w:type="dxa"/>
          </w:tcPr>
          <w:p w14:paraId="53D0313A" w14:textId="328EBDA8" w:rsidR="00BF49A4" w:rsidRDefault="00BF49A4" w:rsidP="00830C4D">
            <w:pPr>
              <w:rPr>
                <w:rFonts w:hint="eastAsia"/>
              </w:rPr>
            </w:pPr>
            <w:r>
              <w:t>171</w:t>
            </w:r>
            <w:r w:rsidR="00746A38">
              <w:t>7</w:t>
            </w:r>
          </w:p>
        </w:tc>
        <w:tc>
          <w:tcPr>
            <w:tcW w:w="1409" w:type="dxa"/>
          </w:tcPr>
          <w:p w14:paraId="74FD53DC" w14:textId="77777777" w:rsidR="00BF49A4" w:rsidRDefault="00BF49A4" w:rsidP="00830C4D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587" w:type="dxa"/>
          </w:tcPr>
          <w:p w14:paraId="35871E4D" w14:textId="77777777" w:rsidR="00BF49A4" w:rsidRDefault="00BF49A4" w:rsidP="00830C4D">
            <w:pPr>
              <w:rPr>
                <w:rFonts w:hint="eastAsia"/>
              </w:rPr>
            </w:pPr>
          </w:p>
        </w:tc>
        <w:tc>
          <w:tcPr>
            <w:tcW w:w="1404" w:type="dxa"/>
          </w:tcPr>
          <w:p w14:paraId="1BA241B9" w14:textId="40C1532C" w:rsidR="00BF49A4" w:rsidRDefault="00ED39C8" w:rsidP="00830C4D">
            <w:pPr>
              <w:rPr>
                <w:rFonts w:hint="eastAsia"/>
              </w:rPr>
            </w:pPr>
            <w:proofErr w:type="gramStart"/>
            <w:r>
              <w:t>800:-</w:t>
            </w:r>
            <w:proofErr w:type="gramEnd"/>
          </w:p>
        </w:tc>
        <w:tc>
          <w:tcPr>
            <w:tcW w:w="1404" w:type="dxa"/>
          </w:tcPr>
          <w:p w14:paraId="3AC01034" w14:textId="32603632" w:rsidR="00BF49A4" w:rsidRDefault="00BF49A4" w:rsidP="00830C4D">
            <w:pPr>
              <w:rPr>
                <w:rFonts w:hint="eastAsia"/>
                <w:lang w:val="sv-SE"/>
              </w:rPr>
            </w:pPr>
            <w:hyperlink r:id="rId13" w:history="1">
              <w:r w:rsidRPr="00737DDF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8751C0" w14:paraId="6F8FB014" w14:textId="77777777" w:rsidTr="009978B9">
        <w:tc>
          <w:tcPr>
            <w:tcW w:w="1436" w:type="dxa"/>
          </w:tcPr>
          <w:p w14:paraId="085FBFA7" w14:textId="6B4C3013" w:rsidR="008751C0" w:rsidRDefault="008751C0" w:rsidP="00830C4D">
            <w:pPr>
              <w:rPr>
                <w:rFonts w:hint="eastAsia"/>
              </w:rPr>
            </w:pPr>
            <w:r>
              <w:t xml:space="preserve">Flink </w:t>
            </w:r>
            <w:proofErr w:type="spellStart"/>
            <w:r>
              <w:t>och</w:t>
            </w:r>
            <w:proofErr w:type="spellEnd"/>
            <w:r>
              <w:t xml:space="preserve"> </w:t>
            </w:r>
            <w:proofErr w:type="spellStart"/>
            <w:r>
              <w:t>färdig</w:t>
            </w:r>
            <w:proofErr w:type="spellEnd"/>
          </w:p>
        </w:tc>
        <w:tc>
          <w:tcPr>
            <w:tcW w:w="1390" w:type="dxa"/>
          </w:tcPr>
          <w:p w14:paraId="5C482C81" w14:textId="287C5B9C" w:rsidR="008751C0" w:rsidRDefault="008751C0" w:rsidP="00830C4D">
            <w:pPr>
              <w:rPr>
                <w:rFonts w:hint="eastAsia"/>
              </w:rPr>
            </w:pPr>
            <w:r>
              <w:t>1718</w:t>
            </w:r>
          </w:p>
        </w:tc>
        <w:tc>
          <w:tcPr>
            <w:tcW w:w="1409" w:type="dxa"/>
          </w:tcPr>
          <w:p w14:paraId="57E02B9A" w14:textId="5387717B" w:rsidR="008751C0" w:rsidRDefault="008751C0" w:rsidP="00830C4D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587" w:type="dxa"/>
          </w:tcPr>
          <w:p w14:paraId="4DF58B83" w14:textId="77777777" w:rsidR="008751C0" w:rsidRDefault="008751C0" w:rsidP="00830C4D">
            <w:pPr>
              <w:rPr>
                <w:rFonts w:hint="eastAsia"/>
              </w:rPr>
            </w:pPr>
          </w:p>
        </w:tc>
        <w:tc>
          <w:tcPr>
            <w:tcW w:w="1404" w:type="dxa"/>
          </w:tcPr>
          <w:p w14:paraId="5FF5EEE3" w14:textId="7ABA7D4E" w:rsidR="008751C0" w:rsidRDefault="008751C0" w:rsidP="00830C4D">
            <w:pPr>
              <w:rPr>
                <w:rFonts w:hint="eastAsia"/>
              </w:rPr>
            </w:pPr>
            <w:proofErr w:type="gramStart"/>
            <w:r>
              <w:t>4.000:-</w:t>
            </w:r>
            <w:proofErr w:type="gramEnd"/>
          </w:p>
        </w:tc>
        <w:tc>
          <w:tcPr>
            <w:tcW w:w="1404" w:type="dxa"/>
          </w:tcPr>
          <w:p w14:paraId="78DA738C" w14:textId="5F6620CE" w:rsidR="008751C0" w:rsidRDefault="008751C0" w:rsidP="00830C4D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8751C0" w14:paraId="0AA1ECC2" w14:textId="77777777" w:rsidTr="009978B9">
        <w:tc>
          <w:tcPr>
            <w:tcW w:w="1436" w:type="dxa"/>
          </w:tcPr>
          <w:p w14:paraId="0C641E65" w14:textId="11146503" w:rsidR="008751C0" w:rsidRDefault="008751C0" w:rsidP="00830C4D">
            <w:pPr>
              <w:rPr>
                <w:rFonts w:hint="eastAsia"/>
              </w:rPr>
            </w:pPr>
            <w:proofErr w:type="spellStart"/>
            <w:r>
              <w:t>Mercvurivs</w:t>
            </w:r>
            <w:proofErr w:type="spellEnd"/>
          </w:p>
        </w:tc>
        <w:tc>
          <w:tcPr>
            <w:tcW w:w="1390" w:type="dxa"/>
          </w:tcPr>
          <w:p w14:paraId="77EEC395" w14:textId="3B85CDA7" w:rsidR="008751C0" w:rsidRDefault="008751C0" w:rsidP="00830C4D">
            <w:pPr>
              <w:rPr>
                <w:rFonts w:hint="eastAsia"/>
              </w:rPr>
            </w:pPr>
            <w:r>
              <w:t>1718</w:t>
            </w:r>
          </w:p>
        </w:tc>
        <w:tc>
          <w:tcPr>
            <w:tcW w:w="1409" w:type="dxa"/>
          </w:tcPr>
          <w:p w14:paraId="1DD2227E" w14:textId="0179B451" w:rsidR="008751C0" w:rsidRDefault="008751C0" w:rsidP="00830C4D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587" w:type="dxa"/>
          </w:tcPr>
          <w:p w14:paraId="2181FCE3" w14:textId="77777777" w:rsidR="008751C0" w:rsidRDefault="008751C0" w:rsidP="00830C4D">
            <w:pPr>
              <w:rPr>
                <w:rFonts w:hint="eastAsia"/>
              </w:rPr>
            </w:pPr>
          </w:p>
        </w:tc>
        <w:tc>
          <w:tcPr>
            <w:tcW w:w="1404" w:type="dxa"/>
          </w:tcPr>
          <w:p w14:paraId="12CF6463" w14:textId="5FCE4E98" w:rsidR="008751C0" w:rsidRDefault="00B04659" w:rsidP="00830C4D">
            <w:pPr>
              <w:rPr>
                <w:rFonts w:hint="eastAsia"/>
              </w:rPr>
            </w:pPr>
            <w:proofErr w:type="gramStart"/>
            <w:r>
              <w:t>1.250:-</w:t>
            </w:r>
            <w:proofErr w:type="gramEnd"/>
          </w:p>
        </w:tc>
        <w:tc>
          <w:tcPr>
            <w:tcW w:w="1404" w:type="dxa"/>
          </w:tcPr>
          <w:p w14:paraId="394AEE3A" w14:textId="08AA08BF" w:rsidR="008751C0" w:rsidRPr="00AA4D44" w:rsidRDefault="00B04659" w:rsidP="00830C4D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BF49A4" w14:paraId="3F659BE5" w14:textId="77777777" w:rsidTr="009978B9">
        <w:tc>
          <w:tcPr>
            <w:tcW w:w="1436" w:type="dxa"/>
          </w:tcPr>
          <w:p w14:paraId="5C4156C3" w14:textId="12609FC3" w:rsidR="00BF49A4" w:rsidRDefault="00396168" w:rsidP="00830C4D">
            <w:pPr>
              <w:rPr>
                <w:rFonts w:hint="eastAsia"/>
              </w:rPr>
            </w:pPr>
            <w:proofErr w:type="spellStart"/>
            <w:r>
              <w:t>Phoebvs</w:t>
            </w:r>
            <w:proofErr w:type="spellEnd"/>
          </w:p>
        </w:tc>
        <w:tc>
          <w:tcPr>
            <w:tcW w:w="1390" w:type="dxa"/>
          </w:tcPr>
          <w:p w14:paraId="51AA65A8" w14:textId="071ADE33" w:rsidR="00BF49A4" w:rsidRDefault="00396168" w:rsidP="00830C4D">
            <w:pPr>
              <w:rPr>
                <w:rFonts w:hint="eastAsia"/>
              </w:rPr>
            </w:pPr>
            <w:r>
              <w:t>1718</w:t>
            </w:r>
          </w:p>
        </w:tc>
        <w:tc>
          <w:tcPr>
            <w:tcW w:w="1409" w:type="dxa"/>
          </w:tcPr>
          <w:p w14:paraId="110AD0AD" w14:textId="77777777" w:rsidR="00BF49A4" w:rsidRDefault="00BF49A4" w:rsidP="00830C4D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587" w:type="dxa"/>
          </w:tcPr>
          <w:p w14:paraId="66F42CE0" w14:textId="0D988C02" w:rsidR="00BF49A4" w:rsidRDefault="00396168" w:rsidP="00830C4D">
            <w:pPr>
              <w:rPr>
                <w:rFonts w:hint="eastAsia"/>
              </w:rPr>
            </w:pPr>
            <w:r>
              <w:t xml:space="preserve">2 </w:t>
            </w:r>
            <w:proofErr w:type="spellStart"/>
            <w:r>
              <w:t>strålar</w:t>
            </w:r>
            <w:proofErr w:type="spellEnd"/>
            <w:r>
              <w:t xml:space="preserve"> </w:t>
            </w:r>
            <w:proofErr w:type="spellStart"/>
            <w:r>
              <w:t>mellan</w:t>
            </w:r>
            <w:proofErr w:type="spellEnd"/>
            <w:r>
              <w:t xml:space="preserve"> ben</w:t>
            </w:r>
          </w:p>
        </w:tc>
        <w:tc>
          <w:tcPr>
            <w:tcW w:w="1404" w:type="dxa"/>
          </w:tcPr>
          <w:p w14:paraId="406A77C6" w14:textId="77777777" w:rsidR="00BF49A4" w:rsidRDefault="00BF49A4" w:rsidP="00830C4D">
            <w:pPr>
              <w:rPr>
                <w:rFonts w:hint="eastAsia"/>
              </w:rPr>
            </w:pPr>
            <w:proofErr w:type="gramStart"/>
            <w:r>
              <w:t>700:-</w:t>
            </w:r>
            <w:proofErr w:type="gramEnd"/>
          </w:p>
        </w:tc>
        <w:tc>
          <w:tcPr>
            <w:tcW w:w="1404" w:type="dxa"/>
          </w:tcPr>
          <w:p w14:paraId="4F81BE12" w14:textId="523B70A0" w:rsidR="00BF49A4" w:rsidRDefault="00BF49A4" w:rsidP="00830C4D">
            <w:pPr>
              <w:rPr>
                <w:rFonts w:hint="eastAsia"/>
                <w:lang w:val="sv-SE"/>
              </w:rPr>
            </w:pPr>
            <w:hyperlink r:id="rId14" w:history="1">
              <w:r w:rsidRPr="00737DDF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BF49A4" w14:paraId="5BB7E798" w14:textId="77777777" w:rsidTr="009978B9">
        <w:tc>
          <w:tcPr>
            <w:tcW w:w="1436" w:type="dxa"/>
          </w:tcPr>
          <w:p w14:paraId="381A747D" w14:textId="0C89736B" w:rsidR="00BF49A4" w:rsidRDefault="00CA147E" w:rsidP="00830C4D">
            <w:pPr>
              <w:rPr>
                <w:rFonts w:hint="eastAsia"/>
              </w:rPr>
            </w:pPr>
            <w:proofErr w:type="spellStart"/>
            <w:r>
              <w:t>Ivpiter</w:t>
            </w:r>
            <w:proofErr w:type="spellEnd"/>
          </w:p>
        </w:tc>
        <w:tc>
          <w:tcPr>
            <w:tcW w:w="1390" w:type="dxa"/>
          </w:tcPr>
          <w:p w14:paraId="69F3A025" w14:textId="0A723AC5" w:rsidR="00BF49A4" w:rsidRDefault="00CA147E" w:rsidP="00830C4D">
            <w:pPr>
              <w:rPr>
                <w:rFonts w:hint="eastAsia"/>
              </w:rPr>
            </w:pPr>
            <w:r>
              <w:t>1718</w:t>
            </w:r>
          </w:p>
        </w:tc>
        <w:tc>
          <w:tcPr>
            <w:tcW w:w="1409" w:type="dxa"/>
          </w:tcPr>
          <w:p w14:paraId="4253A93F" w14:textId="77777777" w:rsidR="00BF49A4" w:rsidRDefault="00BF49A4" w:rsidP="00830C4D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587" w:type="dxa"/>
          </w:tcPr>
          <w:p w14:paraId="1E90AEC1" w14:textId="77777777" w:rsidR="00BF49A4" w:rsidRDefault="00BF49A4" w:rsidP="00830C4D">
            <w:pPr>
              <w:rPr>
                <w:rFonts w:hint="eastAsia"/>
              </w:rPr>
            </w:pPr>
          </w:p>
        </w:tc>
        <w:tc>
          <w:tcPr>
            <w:tcW w:w="1404" w:type="dxa"/>
          </w:tcPr>
          <w:p w14:paraId="2F8CE5ED" w14:textId="77777777" w:rsidR="00BF49A4" w:rsidRDefault="00BF49A4" w:rsidP="00830C4D">
            <w:pPr>
              <w:rPr>
                <w:rFonts w:hint="eastAsia"/>
              </w:rPr>
            </w:pPr>
            <w:proofErr w:type="gramStart"/>
            <w:r>
              <w:t>700:-</w:t>
            </w:r>
            <w:proofErr w:type="gramEnd"/>
          </w:p>
        </w:tc>
        <w:tc>
          <w:tcPr>
            <w:tcW w:w="1404" w:type="dxa"/>
          </w:tcPr>
          <w:p w14:paraId="4B5D7755" w14:textId="253B17ED" w:rsidR="00BF49A4" w:rsidRDefault="00BF49A4" w:rsidP="00830C4D">
            <w:pPr>
              <w:rPr>
                <w:rFonts w:hint="eastAsia"/>
                <w:lang w:val="sv-SE"/>
              </w:rPr>
            </w:pPr>
            <w:hyperlink r:id="rId15" w:history="1">
              <w:r w:rsidRPr="00737DDF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BF49A4" w14:paraId="79E3D0EF" w14:textId="77777777" w:rsidTr="009978B9">
        <w:tc>
          <w:tcPr>
            <w:tcW w:w="1436" w:type="dxa"/>
          </w:tcPr>
          <w:p w14:paraId="393CABC1" w14:textId="562E239D" w:rsidR="00BF49A4" w:rsidRDefault="000C5461" w:rsidP="00830C4D">
            <w:pPr>
              <w:rPr>
                <w:rFonts w:hint="eastAsia"/>
              </w:rPr>
            </w:pPr>
            <w:r>
              <w:t>Mars</w:t>
            </w:r>
          </w:p>
        </w:tc>
        <w:tc>
          <w:tcPr>
            <w:tcW w:w="1390" w:type="dxa"/>
          </w:tcPr>
          <w:p w14:paraId="6795D66A" w14:textId="77777777" w:rsidR="00BF49A4" w:rsidRDefault="00BF49A4" w:rsidP="00830C4D">
            <w:pPr>
              <w:rPr>
                <w:rFonts w:hint="eastAsia"/>
              </w:rPr>
            </w:pPr>
            <w:r>
              <w:t>1715</w:t>
            </w:r>
          </w:p>
        </w:tc>
        <w:tc>
          <w:tcPr>
            <w:tcW w:w="1409" w:type="dxa"/>
          </w:tcPr>
          <w:p w14:paraId="7A4F8F66" w14:textId="77777777" w:rsidR="00BF49A4" w:rsidRDefault="00BF49A4" w:rsidP="00830C4D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587" w:type="dxa"/>
          </w:tcPr>
          <w:p w14:paraId="593D35A9" w14:textId="77777777" w:rsidR="00BF49A4" w:rsidRDefault="00BF49A4" w:rsidP="00830C4D">
            <w:pPr>
              <w:rPr>
                <w:rFonts w:hint="eastAsia"/>
              </w:rPr>
            </w:pPr>
          </w:p>
        </w:tc>
        <w:tc>
          <w:tcPr>
            <w:tcW w:w="1404" w:type="dxa"/>
          </w:tcPr>
          <w:p w14:paraId="1C408D1B" w14:textId="77777777" w:rsidR="00BF49A4" w:rsidRDefault="00BF49A4" w:rsidP="00830C4D">
            <w:pPr>
              <w:rPr>
                <w:rFonts w:hint="eastAsia"/>
              </w:rPr>
            </w:pPr>
            <w:proofErr w:type="gramStart"/>
            <w:r>
              <w:t>700:-</w:t>
            </w:r>
            <w:proofErr w:type="gramEnd"/>
          </w:p>
        </w:tc>
        <w:tc>
          <w:tcPr>
            <w:tcW w:w="1404" w:type="dxa"/>
          </w:tcPr>
          <w:p w14:paraId="7372102F" w14:textId="187619DE" w:rsidR="00BF49A4" w:rsidRDefault="00BF49A4" w:rsidP="00830C4D">
            <w:pPr>
              <w:rPr>
                <w:rFonts w:hint="eastAsia"/>
                <w:lang w:val="sv-SE"/>
              </w:rPr>
            </w:pPr>
            <w:hyperlink r:id="rId16" w:history="1">
              <w:r w:rsidRPr="00737DDF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BF49A4" w14:paraId="681A48CB" w14:textId="77777777" w:rsidTr="009978B9">
        <w:tc>
          <w:tcPr>
            <w:tcW w:w="1436" w:type="dxa"/>
          </w:tcPr>
          <w:p w14:paraId="33D35663" w14:textId="2EF034CD" w:rsidR="00BF49A4" w:rsidRDefault="0085234B" w:rsidP="00830C4D">
            <w:pPr>
              <w:rPr>
                <w:rFonts w:hint="eastAsia"/>
              </w:rPr>
            </w:pPr>
            <w:proofErr w:type="spellStart"/>
            <w:r>
              <w:t>Hoppet</w:t>
            </w:r>
            <w:proofErr w:type="spellEnd"/>
          </w:p>
        </w:tc>
        <w:tc>
          <w:tcPr>
            <w:tcW w:w="1390" w:type="dxa"/>
          </w:tcPr>
          <w:p w14:paraId="4DA5EDA7" w14:textId="5E56A8F5" w:rsidR="00BF49A4" w:rsidRDefault="0085234B" w:rsidP="00830C4D">
            <w:pPr>
              <w:rPr>
                <w:rFonts w:hint="eastAsia"/>
              </w:rPr>
            </w:pPr>
            <w:r>
              <w:t>1719</w:t>
            </w:r>
          </w:p>
        </w:tc>
        <w:tc>
          <w:tcPr>
            <w:tcW w:w="1409" w:type="dxa"/>
          </w:tcPr>
          <w:p w14:paraId="719B09C4" w14:textId="77777777" w:rsidR="00BF49A4" w:rsidRDefault="00BF49A4" w:rsidP="00830C4D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587" w:type="dxa"/>
          </w:tcPr>
          <w:p w14:paraId="63D285D5" w14:textId="77777777" w:rsidR="00BF49A4" w:rsidRDefault="00BF49A4" w:rsidP="00830C4D">
            <w:pPr>
              <w:rPr>
                <w:rFonts w:hint="eastAsia"/>
              </w:rPr>
            </w:pPr>
          </w:p>
        </w:tc>
        <w:tc>
          <w:tcPr>
            <w:tcW w:w="1404" w:type="dxa"/>
          </w:tcPr>
          <w:p w14:paraId="1E65304C" w14:textId="4594A1D6" w:rsidR="00BF49A4" w:rsidRDefault="0085234B" w:rsidP="00830C4D">
            <w:pPr>
              <w:rPr>
                <w:rFonts w:hint="eastAsia"/>
              </w:rPr>
            </w:pPr>
            <w:proofErr w:type="gramStart"/>
            <w:r>
              <w:t>1000:-</w:t>
            </w:r>
            <w:proofErr w:type="gramEnd"/>
          </w:p>
        </w:tc>
        <w:tc>
          <w:tcPr>
            <w:tcW w:w="1404" w:type="dxa"/>
          </w:tcPr>
          <w:p w14:paraId="2AFA8703" w14:textId="32DAC8A5" w:rsidR="00BF49A4" w:rsidRDefault="00BF49A4" w:rsidP="00830C4D">
            <w:pPr>
              <w:rPr>
                <w:rFonts w:hint="eastAsia"/>
                <w:lang w:val="sv-SE"/>
              </w:rPr>
            </w:pPr>
            <w:hyperlink r:id="rId17" w:history="1">
              <w:r w:rsidRPr="00737DDF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BF49A4" w14:paraId="4E23CD5A" w14:textId="77777777" w:rsidTr="009978B9">
        <w:tc>
          <w:tcPr>
            <w:tcW w:w="1436" w:type="dxa"/>
          </w:tcPr>
          <w:p w14:paraId="53677141" w14:textId="226D8A4C" w:rsidR="00BF49A4" w:rsidRDefault="00B60B1B" w:rsidP="00830C4D">
            <w:pPr>
              <w:rPr>
                <w:rFonts w:hint="eastAsia"/>
              </w:rPr>
            </w:pPr>
            <w:r>
              <w:t xml:space="preserve">Görtz </w:t>
            </w:r>
            <w:proofErr w:type="spellStart"/>
            <w:r>
              <w:t>Huvud</w:t>
            </w:r>
            <w:proofErr w:type="spellEnd"/>
          </w:p>
        </w:tc>
        <w:tc>
          <w:tcPr>
            <w:tcW w:w="1390" w:type="dxa"/>
          </w:tcPr>
          <w:p w14:paraId="4270BED4" w14:textId="65655869" w:rsidR="00BF49A4" w:rsidRDefault="00B60B1B" w:rsidP="00830C4D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09" w:type="dxa"/>
          </w:tcPr>
          <w:p w14:paraId="7A559A49" w14:textId="77777777" w:rsidR="00BF49A4" w:rsidRDefault="00BF49A4" w:rsidP="00830C4D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587" w:type="dxa"/>
          </w:tcPr>
          <w:p w14:paraId="410CE977" w14:textId="5C9DCC82" w:rsidR="00BF49A4" w:rsidRDefault="00B60B1B" w:rsidP="00830C4D">
            <w:pPr>
              <w:rPr>
                <w:rFonts w:hint="eastAsia"/>
              </w:rPr>
            </w:pPr>
            <w:proofErr w:type="spellStart"/>
            <w:r>
              <w:t>Spelpenning</w:t>
            </w:r>
            <w:proofErr w:type="spellEnd"/>
          </w:p>
        </w:tc>
        <w:tc>
          <w:tcPr>
            <w:tcW w:w="1404" w:type="dxa"/>
          </w:tcPr>
          <w:p w14:paraId="27655951" w14:textId="291815CE" w:rsidR="00BF49A4" w:rsidRDefault="00B60B1B" w:rsidP="00830C4D">
            <w:pPr>
              <w:rPr>
                <w:rFonts w:hint="eastAsia"/>
              </w:rPr>
            </w:pPr>
            <w:proofErr w:type="gramStart"/>
            <w:r>
              <w:t>300:-</w:t>
            </w:r>
            <w:proofErr w:type="gramEnd"/>
          </w:p>
        </w:tc>
        <w:tc>
          <w:tcPr>
            <w:tcW w:w="1404" w:type="dxa"/>
          </w:tcPr>
          <w:p w14:paraId="76203F28" w14:textId="692D097E" w:rsidR="00BF49A4" w:rsidRDefault="00BF49A4" w:rsidP="00830C4D">
            <w:pPr>
              <w:rPr>
                <w:rFonts w:hint="eastAsia"/>
                <w:lang w:val="sv-SE"/>
              </w:rPr>
            </w:pPr>
            <w:hyperlink r:id="rId18" w:history="1">
              <w:r w:rsidRPr="00737DDF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</w:tbl>
    <w:p w14:paraId="293BA156" w14:textId="77777777" w:rsidR="0050098D" w:rsidRPr="00FC4A08" w:rsidRDefault="0050098D">
      <w:pPr>
        <w:rPr>
          <w:rFonts w:hint="eastAsia"/>
          <w:lang w:val="sv-SE"/>
        </w:rPr>
      </w:pPr>
    </w:p>
    <w:p w14:paraId="6FA91EA8" w14:textId="77777777" w:rsidR="0050098D" w:rsidRDefault="00406940">
      <w:pPr>
        <w:pStyle w:val="Rubrik1"/>
      </w:pPr>
      <w:r>
        <w:t>Ulrika Eleonora (1718–1720)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8"/>
        <w:gridCol w:w="1436"/>
        <w:gridCol w:w="1438"/>
        <w:gridCol w:w="1443"/>
        <w:gridCol w:w="1437"/>
        <w:gridCol w:w="1438"/>
      </w:tblGrid>
      <w:tr w:rsidR="0050098D" w14:paraId="52D53246" w14:textId="77777777">
        <w:tc>
          <w:tcPr>
            <w:tcW w:w="1440" w:type="dxa"/>
          </w:tcPr>
          <w:p w14:paraId="4609F8A2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07944462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5E101BCC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2B0743CB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50C07EB0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03C90BC5" w14:textId="1F4C0D25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016721" w14:paraId="2682283B" w14:textId="77777777">
        <w:tc>
          <w:tcPr>
            <w:tcW w:w="1440" w:type="dxa"/>
          </w:tcPr>
          <w:p w14:paraId="57F679A0" w14:textId="658B2BDB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25A4D2EE" w14:textId="52CADDB0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3F3CCC34" w14:textId="75819041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1A72B545" w14:textId="2A3C770F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3DA0CB65" w14:textId="3E5A4935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5CA7A56D" w14:textId="77777777" w:rsidR="0050098D" w:rsidRPr="00FC4A08" w:rsidRDefault="00406940">
            <w:pPr>
              <w:rPr>
                <w:rFonts w:hint="eastAsia"/>
                <w:lang w:val="sv-SE"/>
              </w:rPr>
            </w:pPr>
            <w:r w:rsidRPr="00FC4A08">
              <w:rPr>
                <w:lang w:val="sv-SE"/>
              </w:rPr>
              <w:t>[Klicka och infoga bild här]</w:t>
            </w:r>
          </w:p>
        </w:tc>
      </w:tr>
    </w:tbl>
    <w:p w14:paraId="6A4E2CE8" w14:textId="77777777" w:rsidR="0050098D" w:rsidRPr="00FC4A08" w:rsidRDefault="0050098D">
      <w:pPr>
        <w:rPr>
          <w:rFonts w:hint="eastAsia"/>
          <w:lang w:val="sv-SE"/>
        </w:rPr>
      </w:pPr>
    </w:p>
    <w:p w14:paraId="541DB970" w14:textId="77777777" w:rsidR="0050098D" w:rsidRDefault="00406940">
      <w:pPr>
        <w:pStyle w:val="Rubrik1"/>
      </w:pPr>
      <w:r>
        <w:t>Fredrik I (1720–1751)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8"/>
        <w:gridCol w:w="1436"/>
        <w:gridCol w:w="1438"/>
        <w:gridCol w:w="1443"/>
        <w:gridCol w:w="1437"/>
        <w:gridCol w:w="1438"/>
      </w:tblGrid>
      <w:tr w:rsidR="0050098D" w14:paraId="674C26B2" w14:textId="77777777">
        <w:tc>
          <w:tcPr>
            <w:tcW w:w="1440" w:type="dxa"/>
          </w:tcPr>
          <w:p w14:paraId="135FF2E1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62F55882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79516AF5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4381433F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50FDA6AC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2DEFE5B5" w14:textId="7284948F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875EAC" w14:paraId="3FC64B3E" w14:textId="77777777">
        <w:tc>
          <w:tcPr>
            <w:tcW w:w="1440" w:type="dxa"/>
          </w:tcPr>
          <w:p w14:paraId="6F75619D" w14:textId="30FB510D" w:rsidR="0050098D" w:rsidRDefault="009978B9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052EB3E8" w14:textId="10EA1AFD" w:rsidR="0050098D" w:rsidRDefault="009978B9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6BB88619" w14:textId="02BBDB6B" w:rsidR="0050098D" w:rsidRDefault="009978B9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20FD5D7A" w14:textId="71840DB0" w:rsidR="0050098D" w:rsidRDefault="009978B9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32F7D67B" w14:textId="224347B0" w:rsidR="0050098D" w:rsidRDefault="009978B9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68EBF942" w14:textId="200D2FEA" w:rsidR="0050098D" w:rsidRPr="00FC4A08" w:rsidRDefault="009978B9">
            <w:pPr>
              <w:rPr>
                <w:rFonts w:hint="eastAsia"/>
                <w:lang w:val="sv-SE"/>
              </w:rPr>
            </w:pPr>
            <w:r w:rsidRPr="009978B9">
              <w:rPr>
                <w:lang w:val="sv-SE"/>
              </w:rPr>
              <w:t>-</w:t>
            </w:r>
          </w:p>
        </w:tc>
      </w:tr>
    </w:tbl>
    <w:p w14:paraId="35416370" w14:textId="77777777" w:rsidR="0050098D" w:rsidRPr="00FC4A08" w:rsidRDefault="0050098D">
      <w:pPr>
        <w:rPr>
          <w:rFonts w:hint="eastAsia"/>
          <w:lang w:val="sv-SE"/>
        </w:rPr>
      </w:pPr>
    </w:p>
    <w:p w14:paraId="28909854" w14:textId="77777777" w:rsidR="0050098D" w:rsidRDefault="00406940">
      <w:pPr>
        <w:pStyle w:val="Rubrik1"/>
      </w:pPr>
      <w:r>
        <w:t>Adolf Fredrik (1751–1771)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8"/>
        <w:gridCol w:w="1436"/>
        <w:gridCol w:w="1438"/>
        <w:gridCol w:w="1443"/>
        <w:gridCol w:w="1437"/>
        <w:gridCol w:w="1438"/>
      </w:tblGrid>
      <w:tr w:rsidR="0050098D" w14:paraId="7EB29FB5" w14:textId="77777777">
        <w:tc>
          <w:tcPr>
            <w:tcW w:w="1440" w:type="dxa"/>
          </w:tcPr>
          <w:p w14:paraId="4E30A3C9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3B08249F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4271AFFE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1E798103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36570C7C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4486B3F5" w14:textId="57127B6D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016721" w14:paraId="5F8CE3D9" w14:textId="77777777">
        <w:tc>
          <w:tcPr>
            <w:tcW w:w="1440" w:type="dxa"/>
          </w:tcPr>
          <w:p w14:paraId="25A5DD90" w14:textId="30204942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6731AC0F" w14:textId="64686F63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77A2B7FA" w14:textId="5323339E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3878EDAD" w14:textId="3389AD84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1242E96E" w14:textId="79341827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2C01E3CC" w14:textId="77777777" w:rsidR="0050098D" w:rsidRPr="00FC4A08" w:rsidRDefault="00406940">
            <w:pPr>
              <w:rPr>
                <w:rFonts w:hint="eastAsia"/>
                <w:lang w:val="sv-SE"/>
              </w:rPr>
            </w:pPr>
            <w:r w:rsidRPr="00FC4A08">
              <w:rPr>
                <w:lang w:val="sv-SE"/>
              </w:rPr>
              <w:t>[Klicka och infoga bild här]</w:t>
            </w:r>
          </w:p>
        </w:tc>
      </w:tr>
    </w:tbl>
    <w:p w14:paraId="3B0DD466" w14:textId="77777777" w:rsidR="0050098D" w:rsidRPr="00FC4A08" w:rsidRDefault="0050098D">
      <w:pPr>
        <w:rPr>
          <w:rFonts w:hint="eastAsia"/>
          <w:lang w:val="sv-SE"/>
        </w:rPr>
      </w:pPr>
    </w:p>
    <w:p w14:paraId="1C9A1B5B" w14:textId="77777777" w:rsidR="0050098D" w:rsidRDefault="00406940">
      <w:pPr>
        <w:pStyle w:val="Rubrik1"/>
      </w:pPr>
      <w:r>
        <w:lastRenderedPageBreak/>
        <w:t>Gustav III (1771–1792)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9"/>
        <w:gridCol w:w="1436"/>
        <w:gridCol w:w="1437"/>
        <w:gridCol w:w="1443"/>
        <w:gridCol w:w="1438"/>
        <w:gridCol w:w="1437"/>
      </w:tblGrid>
      <w:tr w:rsidR="0050098D" w14:paraId="3CA80309" w14:textId="77777777" w:rsidTr="009978B9">
        <w:tc>
          <w:tcPr>
            <w:tcW w:w="1439" w:type="dxa"/>
          </w:tcPr>
          <w:p w14:paraId="5F1844C7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36" w:type="dxa"/>
          </w:tcPr>
          <w:p w14:paraId="41137483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37" w:type="dxa"/>
          </w:tcPr>
          <w:p w14:paraId="2269A6D9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3" w:type="dxa"/>
          </w:tcPr>
          <w:p w14:paraId="4A32A3D4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38" w:type="dxa"/>
          </w:tcPr>
          <w:p w14:paraId="13C3E36B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37" w:type="dxa"/>
          </w:tcPr>
          <w:p w14:paraId="5CF84CD2" w14:textId="5C94FCF2" w:rsidR="0050098D" w:rsidRDefault="00FC4A08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D52B55" w14:paraId="026472CD" w14:textId="77777777" w:rsidTr="009978B9">
        <w:tc>
          <w:tcPr>
            <w:tcW w:w="1439" w:type="dxa"/>
          </w:tcPr>
          <w:p w14:paraId="7E4C1D2D" w14:textId="347BF750" w:rsidR="00D52B55" w:rsidRDefault="00D52B55" w:rsidP="00D52B55">
            <w:pPr>
              <w:rPr>
                <w:rFonts w:hint="eastAsia"/>
              </w:rPr>
            </w:pPr>
            <w:r>
              <w:t>1 Riksdaler, 3 Daler SM</w:t>
            </w:r>
          </w:p>
        </w:tc>
        <w:tc>
          <w:tcPr>
            <w:tcW w:w="1436" w:type="dxa"/>
          </w:tcPr>
          <w:p w14:paraId="49084D3F" w14:textId="219ADAD4" w:rsidR="00D52B55" w:rsidRDefault="00D52B55" w:rsidP="00D52B55">
            <w:pPr>
              <w:rPr>
                <w:rFonts w:hint="eastAsia"/>
              </w:rPr>
            </w:pPr>
            <w:r>
              <w:t>1775</w:t>
            </w:r>
          </w:p>
        </w:tc>
        <w:tc>
          <w:tcPr>
            <w:tcW w:w="1437" w:type="dxa"/>
          </w:tcPr>
          <w:p w14:paraId="5E883424" w14:textId="71E8DB0F" w:rsidR="00D52B55" w:rsidRDefault="00D52B55" w:rsidP="00D52B55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43" w:type="dxa"/>
          </w:tcPr>
          <w:p w14:paraId="2A452325" w14:textId="77777777" w:rsidR="00D52B55" w:rsidRDefault="00D52B55" w:rsidP="00D52B55">
            <w:pPr>
              <w:rPr>
                <w:rFonts w:hint="eastAsia"/>
              </w:rPr>
            </w:pPr>
          </w:p>
        </w:tc>
        <w:tc>
          <w:tcPr>
            <w:tcW w:w="1438" w:type="dxa"/>
          </w:tcPr>
          <w:p w14:paraId="396202A8" w14:textId="27177721" w:rsidR="00D52B55" w:rsidRDefault="00D52B55" w:rsidP="00D52B55">
            <w:pPr>
              <w:rPr>
                <w:rFonts w:hint="eastAsia"/>
              </w:rPr>
            </w:pPr>
            <w:proofErr w:type="gramStart"/>
            <w:r>
              <w:t>3.000:-</w:t>
            </w:r>
            <w:proofErr w:type="gramEnd"/>
          </w:p>
        </w:tc>
        <w:tc>
          <w:tcPr>
            <w:tcW w:w="1437" w:type="dxa"/>
          </w:tcPr>
          <w:p w14:paraId="000CB410" w14:textId="2E622881" w:rsidR="00D52B55" w:rsidRDefault="00D52B55" w:rsidP="00D52B55">
            <w:pPr>
              <w:rPr>
                <w:rFonts w:hint="eastAsia"/>
              </w:rPr>
            </w:pPr>
            <w:hyperlink r:id="rId19" w:history="1">
              <w:r w:rsidRPr="00FC4A08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D52B55" w:rsidRPr="00FC4A08" w14:paraId="5114AAF0" w14:textId="77777777" w:rsidTr="009978B9">
        <w:tc>
          <w:tcPr>
            <w:tcW w:w="1439" w:type="dxa"/>
          </w:tcPr>
          <w:p w14:paraId="14893595" w14:textId="51F9862A" w:rsidR="00D52B55" w:rsidRDefault="00D52B55" w:rsidP="00D52B55">
            <w:pPr>
              <w:rPr>
                <w:rFonts w:hint="eastAsia"/>
              </w:rPr>
            </w:pPr>
            <w:r>
              <w:t>1 Riksdaler</w:t>
            </w:r>
          </w:p>
        </w:tc>
        <w:tc>
          <w:tcPr>
            <w:tcW w:w="1436" w:type="dxa"/>
          </w:tcPr>
          <w:p w14:paraId="6ED94947" w14:textId="3E0D03FC" w:rsidR="00D52B55" w:rsidRDefault="00821088" w:rsidP="00D52B55">
            <w:pPr>
              <w:rPr>
                <w:rFonts w:hint="eastAsia"/>
              </w:rPr>
            </w:pPr>
            <w:r>
              <w:t>1782</w:t>
            </w:r>
          </w:p>
        </w:tc>
        <w:tc>
          <w:tcPr>
            <w:tcW w:w="1437" w:type="dxa"/>
          </w:tcPr>
          <w:p w14:paraId="20DD12D2" w14:textId="64296C82" w:rsidR="00D52B55" w:rsidRDefault="00821088" w:rsidP="00D52B55">
            <w:pPr>
              <w:rPr>
                <w:rFonts w:hint="eastAsia"/>
              </w:rPr>
            </w:pPr>
            <w:r>
              <w:t>1/1+</w:t>
            </w:r>
          </w:p>
        </w:tc>
        <w:tc>
          <w:tcPr>
            <w:tcW w:w="1443" w:type="dxa"/>
          </w:tcPr>
          <w:p w14:paraId="5C27B6AA" w14:textId="2434B170" w:rsidR="00D52B55" w:rsidRDefault="00D52B55" w:rsidP="00D52B55">
            <w:pPr>
              <w:rPr>
                <w:rFonts w:hint="eastAsia"/>
              </w:rPr>
            </w:pPr>
          </w:p>
        </w:tc>
        <w:tc>
          <w:tcPr>
            <w:tcW w:w="1438" w:type="dxa"/>
          </w:tcPr>
          <w:p w14:paraId="7A977052" w14:textId="282D20C8" w:rsidR="00D52B55" w:rsidRDefault="00821088" w:rsidP="00D52B55">
            <w:pPr>
              <w:rPr>
                <w:rFonts w:hint="eastAsia"/>
              </w:rPr>
            </w:pPr>
            <w:proofErr w:type="gramStart"/>
            <w:r>
              <w:t>1.400:-</w:t>
            </w:r>
            <w:proofErr w:type="gramEnd"/>
          </w:p>
        </w:tc>
        <w:tc>
          <w:tcPr>
            <w:tcW w:w="1437" w:type="dxa"/>
          </w:tcPr>
          <w:p w14:paraId="1EBCEE74" w14:textId="6D4ED10C" w:rsidR="00D52B55" w:rsidRPr="00FC4A08" w:rsidRDefault="00D52B55" w:rsidP="00D52B55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B04659" w:rsidRPr="00FC4A08" w14:paraId="491D9CD0" w14:textId="77777777" w:rsidTr="009978B9">
        <w:tc>
          <w:tcPr>
            <w:tcW w:w="1439" w:type="dxa"/>
          </w:tcPr>
          <w:p w14:paraId="2AB36ADD" w14:textId="54CCAA4C" w:rsidR="00B04659" w:rsidRDefault="00B04659" w:rsidP="00821088">
            <w:pPr>
              <w:rPr>
                <w:rFonts w:hint="eastAsia"/>
              </w:rPr>
            </w:pPr>
            <w:r>
              <w:t>1 Riksdaler</w:t>
            </w:r>
          </w:p>
        </w:tc>
        <w:tc>
          <w:tcPr>
            <w:tcW w:w="1436" w:type="dxa"/>
          </w:tcPr>
          <w:p w14:paraId="40176059" w14:textId="31FBB07F" w:rsidR="00B04659" w:rsidRDefault="00B04659" w:rsidP="00821088">
            <w:pPr>
              <w:rPr>
                <w:rFonts w:hint="eastAsia"/>
              </w:rPr>
            </w:pPr>
            <w:r>
              <w:t>1792</w:t>
            </w:r>
          </w:p>
        </w:tc>
        <w:tc>
          <w:tcPr>
            <w:tcW w:w="1437" w:type="dxa"/>
          </w:tcPr>
          <w:p w14:paraId="5BD81BC9" w14:textId="54E43D9B" w:rsidR="00B04659" w:rsidRDefault="00B04659" w:rsidP="00821088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443" w:type="dxa"/>
          </w:tcPr>
          <w:p w14:paraId="0CAEC59D" w14:textId="77777777" w:rsidR="00B04659" w:rsidRDefault="00B04659" w:rsidP="00821088">
            <w:pPr>
              <w:rPr>
                <w:rFonts w:hint="eastAsia"/>
              </w:rPr>
            </w:pPr>
          </w:p>
        </w:tc>
        <w:tc>
          <w:tcPr>
            <w:tcW w:w="1438" w:type="dxa"/>
          </w:tcPr>
          <w:p w14:paraId="27DFD87A" w14:textId="57BB44A3" w:rsidR="00B04659" w:rsidRDefault="00B04659" w:rsidP="00821088">
            <w:pPr>
              <w:rPr>
                <w:rFonts w:hint="eastAsia"/>
              </w:rPr>
            </w:pPr>
            <w:proofErr w:type="gramStart"/>
            <w:r>
              <w:t>5.500:-</w:t>
            </w:r>
            <w:proofErr w:type="gramEnd"/>
          </w:p>
        </w:tc>
        <w:tc>
          <w:tcPr>
            <w:tcW w:w="1437" w:type="dxa"/>
          </w:tcPr>
          <w:p w14:paraId="51807BE3" w14:textId="4644F4C3" w:rsidR="00B04659" w:rsidRDefault="00B04659" w:rsidP="00821088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C17F18" w:rsidRPr="00FC4A08" w14:paraId="75958427" w14:textId="77777777" w:rsidTr="009978B9">
        <w:tc>
          <w:tcPr>
            <w:tcW w:w="1439" w:type="dxa"/>
          </w:tcPr>
          <w:p w14:paraId="17C9881D" w14:textId="34DB8505" w:rsidR="00C17F18" w:rsidRDefault="00C17F18" w:rsidP="00821088">
            <w:pPr>
              <w:rPr>
                <w:rFonts w:hint="eastAsia"/>
              </w:rPr>
            </w:pPr>
            <w:r>
              <w:t>2/3 Riksdaler</w:t>
            </w:r>
          </w:p>
        </w:tc>
        <w:tc>
          <w:tcPr>
            <w:tcW w:w="1436" w:type="dxa"/>
          </w:tcPr>
          <w:p w14:paraId="297773B6" w14:textId="7410E753" w:rsidR="00C17F18" w:rsidRDefault="00C17F18" w:rsidP="00821088">
            <w:pPr>
              <w:rPr>
                <w:rFonts w:hint="eastAsia"/>
              </w:rPr>
            </w:pPr>
            <w:r>
              <w:t>1777</w:t>
            </w:r>
          </w:p>
        </w:tc>
        <w:tc>
          <w:tcPr>
            <w:tcW w:w="1437" w:type="dxa"/>
          </w:tcPr>
          <w:p w14:paraId="669EE947" w14:textId="2CE2B9BD" w:rsidR="00C17F18" w:rsidRDefault="00C17F18" w:rsidP="00821088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796832AA" w14:textId="77777777" w:rsidR="00C17F18" w:rsidRDefault="00C17F18" w:rsidP="00821088">
            <w:pPr>
              <w:rPr>
                <w:rFonts w:hint="eastAsia"/>
              </w:rPr>
            </w:pPr>
          </w:p>
        </w:tc>
        <w:tc>
          <w:tcPr>
            <w:tcW w:w="1438" w:type="dxa"/>
          </w:tcPr>
          <w:p w14:paraId="2D6C96D9" w14:textId="0ECC7B04" w:rsidR="00C17F18" w:rsidRDefault="00C17F18" w:rsidP="00821088">
            <w:pPr>
              <w:rPr>
                <w:rFonts w:hint="eastAsia"/>
              </w:rPr>
            </w:pPr>
            <w:proofErr w:type="gramStart"/>
            <w:r>
              <w:t>12.500:-</w:t>
            </w:r>
            <w:proofErr w:type="gramEnd"/>
          </w:p>
        </w:tc>
        <w:tc>
          <w:tcPr>
            <w:tcW w:w="1437" w:type="dxa"/>
          </w:tcPr>
          <w:p w14:paraId="39E3DCAC" w14:textId="5598055E" w:rsidR="00C17F18" w:rsidRPr="00AA4D44" w:rsidRDefault="00C17F18" w:rsidP="00821088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C17F18" w:rsidRPr="00FC4A08" w14:paraId="36678A7E" w14:textId="77777777" w:rsidTr="009978B9">
        <w:tc>
          <w:tcPr>
            <w:tcW w:w="1439" w:type="dxa"/>
          </w:tcPr>
          <w:p w14:paraId="4CDD663D" w14:textId="457DF66E" w:rsidR="00C17F18" w:rsidRDefault="00C17F18" w:rsidP="00821088">
            <w:pPr>
              <w:rPr>
                <w:rFonts w:hint="eastAsia"/>
              </w:rPr>
            </w:pPr>
            <w:r>
              <w:t>1/3 Riksdaler</w:t>
            </w:r>
          </w:p>
        </w:tc>
        <w:tc>
          <w:tcPr>
            <w:tcW w:w="1436" w:type="dxa"/>
          </w:tcPr>
          <w:p w14:paraId="64A81FA1" w14:textId="7E750162" w:rsidR="00C17F18" w:rsidRDefault="00C17F18" w:rsidP="00821088">
            <w:pPr>
              <w:rPr>
                <w:rFonts w:hint="eastAsia"/>
              </w:rPr>
            </w:pPr>
            <w:r>
              <w:t>1777</w:t>
            </w:r>
          </w:p>
        </w:tc>
        <w:tc>
          <w:tcPr>
            <w:tcW w:w="1437" w:type="dxa"/>
          </w:tcPr>
          <w:p w14:paraId="20D24BCA" w14:textId="6A0AB058" w:rsidR="00C17F18" w:rsidRDefault="00C17F18" w:rsidP="00821088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443" w:type="dxa"/>
          </w:tcPr>
          <w:p w14:paraId="3EB2583A" w14:textId="77777777" w:rsidR="00C17F18" w:rsidRDefault="00C17F18" w:rsidP="00821088">
            <w:pPr>
              <w:rPr>
                <w:rFonts w:hint="eastAsia"/>
              </w:rPr>
            </w:pPr>
          </w:p>
        </w:tc>
        <w:tc>
          <w:tcPr>
            <w:tcW w:w="1438" w:type="dxa"/>
          </w:tcPr>
          <w:p w14:paraId="5AEF8CB9" w14:textId="58B4C5AE" w:rsidR="00C17F18" w:rsidRDefault="001A7CBA" w:rsidP="00821088">
            <w:pPr>
              <w:rPr>
                <w:rFonts w:hint="eastAsia"/>
              </w:rPr>
            </w:pPr>
            <w:proofErr w:type="gramStart"/>
            <w:r>
              <w:t>2.750:-</w:t>
            </w:r>
            <w:proofErr w:type="gramEnd"/>
          </w:p>
        </w:tc>
        <w:tc>
          <w:tcPr>
            <w:tcW w:w="1437" w:type="dxa"/>
          </w:tcPr>
          <w:p w14:paraId="32F68560" w14:textId="2A10871E" w:rsidR="00C17F18" w:rsidRPr="00AA4D44" w:rsidRDefault="001A7CBA" w:rsidP="00821088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AA4D44" w:rsidRPr="00FC4A08" w14:paraId="1680736E" w14:textId="77777777" w:rsidTr="009978B9">
        <w:tc>
          <w:tcPr>
            <w:tcW w:w="1439" w:type="dxa"/>
          </w:tcPr>
          <w:p w14:paraId="799C8EE8" w14:textId="28BE29C2" w:rsidR="00AA4D44" w:rsidRDefault="00D22804" w:rsidP="00821088">
            <w:pPr>
              <w:rPr>
                <w:rFonts w:hint="eastAsia"/>
              </w:rPr>
            </w:pPr>
            <w:r>
              <w:t xml:space="preserve">1/6 Riksdaler, 16 </w:t>
            </w:r>
            <w:proofErr w:type="spellStart"/>
            <w:r>
              <w:t>öre</w:t>
            </w:r>
            <w:proofErr w:type="spellEnd"/>
            <w:r>
              <w:t xml:space="preserve"> SM</w:t>
            </w:r>
          </w:p>
        </w:tc>
        <w:tc>
          <w:tcPr>
            <w:tcW w:w="1436" w:type="dxa"/>
          </w:tcPr>
          <w:p w14:paraId="06234908" w14:textId="1A2223CE" w:rsidR="00AA4D44" w:rsidRDefault="00D22804" w:rsidP="00821088">
            <w:pPr>
              <w:rPr>
                <w:rFonts w:hint="eastAsia"/>
              </w:rPr>
            </w:pPr>
            <w:r>
              <w:t>1777</w:t>
            </w:r>
          </w:p>
        </w:tc>
        <w:tc>
          <w:tcPr>
            <w:tcW w:w="1437" w:type="dxa"/>
          </w:tcPr>
          <w:p w14:paraId="12B56265" w14:textId="10E796D0" w:rsidR="00AA4D44" w:rsidRDefault="00D22804" w:rsidP="00821088">
            <w:pPr>
              <w:rPr>
                <w:rFonts w:hint="eastAsia"/>
              </w:rPr>
            </w:pPr>
            <w:r>
              <w:t>1/1+</w:t>
            </w:r>
          </w:p>
        </w:tc>
        <w:tc>
          <w:tcPr>
            <w:tcW w:w="1443" w:type="dxa"/>
          </w:tcPr>
          <w:p w14:paraId="538C6FCB" w14:textId="77777777" w:rsidR="00AA4D44" w:rsidRDefault="00AA4D44" w:rsidP="00821088">
            <w:pPr>
              <w:rPr>
                <w:rFonts w:hint="eastAsia"/>
              </w:rPr>
            </w:pPr>
          </w:p>
        </w:tc>
        <w:tc>
          <w:tcPr>
            <w:tcW w:w="1438" w:type="dxa"/>
          </w:tcPr>
          <w:p w14:paraId="4DA993F0" w14:textId="4895B0DF" w:rsidR="00AA4D44" w:rsidRDefault="00C207D6" w:rsidP="00821088">
            <w:pPr>
              <w:rPr>
                <w:rFonts w:hint="eastAsia"/>
              </w:rPr>
            </w:pPr>
            <w:proofErr w:type="gramStart"/>
            <w:r>
              <w:t>950:-</w:t>
            </w:r>
            <w:proofErr w:type="gramEnd"/>
          </w:p>
        </w:tc>
        <w:tc>
          <w:tcPr>
            <w:tcW w:w="1437" w:type="dxa"/>
          </w:tcPr>
          <w:p w14:paraId="7D9D4C2E" w14:textId="280FF1F1" w:rsidR="00AA4D44" w:rsidRDefault="00C207D6" w:rsidP="00821088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C207D6" w:rsidRPr="00FC4A08" w14:paraId="29366DB4" w14:textId="77777777" w:rsidTr="009978B9">
        <w:tc>
          <w:tcPr>
            <w:tcW w:w="1439" w:type="dxa"/>
          </w:tcPr>
          <w:p w14:paraId="37B95415" w14:textId="45AA3B1E" w:rsidR="00C207D6" w:rsidRDefault="00C207D6" w:rsidP="00821088">
            <w:pPr>
              <w:rPr>
                <w:rFonts w:hint="eastAsia"/>
              </w:rPr>
            </w:pPr>
            <w:r>
              <w:t xml:space="preserve">1/24 Riksdaler, 4 </w:t>
            </w:r>
            <w:proofErr w:type="spellStart"/>
            <w:r>
              <w:t>öre</w:t>
            </w:r>
            <w:proofErr w:type="spellEnd"/>
            <w:r>
              <w:t xml:space="preserve"> SM</w:t>
            </w:r>
          </w:p>
        </w:tc>
        <w:tc>
          <w:tcPr>
            <w:tcW w:w="1436" w:type="dxa"/>
          </w:tcPr>
          <w:p w14:paraId="5BDB8E42" w14:textId="7ACB1FD4" w:rsidR="00C207D6" w:rsidRDefault="00C207D6" w:rsidP="00821088">
            <w:pPr>
              <w:rPr>
                <w:rFonts w:hint="eastAsia"/>
              </w:rPr>
            </w:pPr>
            <w:r>
              <w:t>1777</w:t>
            </w:r>
          </w:p>
        </w:tc>
        <w:tc>
          <w:tcPr>
            <w:tcW w:w="1437" w:type="dxa"/>
          </w:tcPr>
          <w:p w14:paraId="10ED51A5" w14:textId="25CC7378" w:rsidR="00C207D6" w:rsidRDefault="00CD5174" w:rsidP="00821088">
            <w:pPr>
              <w:rPr>
                <w:rFonts w:hint="eastAsia"/>
              </w:rPr>
            </w:pPr>
            <w:r>
              <w:t>1</w:t>
            </w:r>
          </w:p>
        </w:tc>
        <w:tc>
          <w:tcPr>
            <w:tcW w:w="1443" w:type="dxa"/>
          </w:tcPr>
          <w:p w14:paraId="7B61EE58" w14:textId="77777777" w:rsidR="00C207D6" w:rsidRDefault="00C207D6" w:rsidP="00821088">
            <w:pPr>
              <w:rPr>
                <w:rFonts w:hint="eastAsia"/>
              </w:rPr>
            </w:pPr>
          </w:p>
        </w:tc>
        <w:tc>
          <w:tcPr>
            <w:tcW w:w="1438" w:type="dxa"/>
          </w:tcPr>
          <w:p w14:paraId="7701AA24" w14:textId="2D757448" w:rsidR="00C207D6" w:rsidRDefault="00CD5174" w:rsidP="00821088">
            <w:pPr>
              <w:rPr>
                <w:rFonts w:hint="eastAsia"/>
              </w:rPr>
            </w:pPr>
            <w:proofErr w:type="gramStart"/>
            <w:r>
              <w:t>400:-</w:t>
            </w:r>
            <w:proofErr w:type="gramEnd"/>
          </w:p>
        </w:tc>
        <w:tc>
          <w:tcPr>
            <w:tcW w:w="1437" w:type="dxa"/>
          </w:tcPr>
          <w:p w14:paraId="15E910CE" w14:textId="0DFAC826" w:rsidR="00C207D6" w:rsidRPr="00AA4D44" w:rsidRDefault="00CD5174" w:rsidP="00821088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CD5174" w:rsidRPr="00FC4A08" w14:paraId="525F5E1A" w14:textId="77777777" w:rsidTr="009978B9">
        <w:tc>
          <w:tcPr>
            <w:tcW w:w="1439" w:type="dxa"/>
          </w:tcPr>
          <w:p w14:paraId="4FD9A02B" w14:textId="26AD94F5" w:rsidR="00CD5174" w:rsidRDefault="00CD5174" w:rsidP="00821088">
            <w:pPr>
              <w:rPr>
                <w:rFonts w:hint="eastAsia"/>
              </w:rPr>
            </w:pPr>
            <w:r>
              <w:t>1/24 Riksdaler</w:t>
            </w:r>
          </w:p>
        </w:tc>
        <w:tc>
          <w:tcPr>
            <w:tcW w:w="1436" w:type="dxa"/>
          </w:tcPr>
          <w:p w14:paraId="6AE27F64" w14:textId="237D8EB2" w:rsidR="00CD5174" w:rsidRDefault="00CD5174" w:rsidP="00821088">
            <w:pPr>
              <w:rPr>
                <w:rFonts w:hint="eastAsia"/>
              </w:rPr>
            </w:pPr>
            <w:r>
              <w:t>1779</w:t>
            </w:r>
          </w:p>
        </w:tc>
        <w:tc>
          <w:tcPr>
            <w:tcW w:w="1437" w:type="dxa"/>
          </w:tcPr>
          <w:p w14:paraId="0E3DFD24" w14:textId="4EB2D145" w:rsidR="00CD5174" w:rsidRDefault="00CD5174" w:rsidP="00821088">
            <w:pPr>
              <w:rPr>
                <w:rFonts w:hint="eastAsia"/>
              </w:rPr>
            </w:pPr>
            <w:r>
              <w:t>1/1+</w:t>
            </w:r>
          </w:p>
        </w:tc>
        <w:tc>
          <w:tcPr>
            <w:tcW w:w="1443" w:type="dxa"/>
          </w:tcPr>
          <w:p w14:paraId="7B25116F" w14:textId="77777777" w:rsidR="00CD5174" w:rsidRDefault="00CD5174" w:rsidP="00821088">
            <w:pPr>
              <w:rPr>
                <w:rFonts w:hint="eastAsia"/>
              </w:rPr>
            </w:pPr>
          </w:p>
        </w:tc>
        <w:tc>
          <w:tcPr>
            <w:tcW w:w="1438" w:type="dxa"/>
          </w:tcPr>
          <w:p w14:paraId="581ADAD7" w14:textId="4D111E4E" w:rsidR="00CD5174" w:rsidRDefault="00CD5174" w:rsidP="00821088">
            <w:pPr>
              <w:rPr>
                <w:rFonts w:hint="eastAsia"/>
              </w:rPr>
            </w:pPr>
            <w:proofErr w:type="gramStart"/>
            <w:r>
              <w:t>550:-</w:t>
            </w:r>
            <w:proofErr w:type="gramEnd"/>
          </w:p>
        </w:tc>
        <w:tc>
          <w:tcPr>
            <w:tcW w:w="1437" w:type="dxa"/>
          </w:tcPr>
          <w:p w14:paraId="194A4C57" w14:textId="7BD73862" w:rsidR="00CD5174" w:rsidRPr="00AA4D44" w:rsidRDefault="00833384" w:rsidP="00821088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</w:tbl>
    <w:p w14:paraId="20EE8804" w14:textId="77777777" w:rsidR="0050098D" w:rsidRPr="00FC4A08" w:rsidRDefault="0050098D">
      <w:pPr>
        <w:rPr>
          <w:rFonts w:hint="eastAsia"/>
          <w:lang w:val="sv-SE"/>
        </w:rPr>
      </w:pPr>
    </w:p>
    <w:p w14:paraId="79E4B839" w14:textId="77777777" w:rsidR="0050098D" w:rsidRDefault="00406940">
      <w:pPr>
        <w:pStyle w:val="Rubrik1"/>
      </w:pPr>
      <w:r>
        <w:t>Gustav IV Adolf (1792–1809)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6"/>
        <w:gridCol w:w="1425"/>
        <w:gridCol w:w="1431"/>
        <w:gridCol w:w="1480"/>
        <w:gridCol w:w="1429"/>
        <w:gridCol w:w="1429"/>
      </w:tblGrid>
      <w:tr w:rsidR="0050098D" w14:paraId="009F55C5" w14:textId="77777777" w:rsidTr="006129CD">
        <w:tc>
          <w:tcPr>
            <w:tcW w:w="1440" w:type="dxa"/>
          </w:tcPr>
          <w:p w14:paraId="567C5A71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7BA68514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3E4C3CE9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80" w:type="dxa"/>
          </w:tcPr>
          <w:p w14:paraId="0DC99F2C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0AEC1D60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1F2F9CCE" w14:textId="05099740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C312DE" w14:paraId="4626F5BA" w14:textId="77777777" w:rsidTr="006129CD">
        <w:tc>
          <w:tcPr>
            <w:tcW w:w="1440" w:type="dxa"/>
          </w:tcPr>
          <w:p w14:paraId="7BAA0C41" w14:textId="2E74BC9F" w:rsidR="0050098D" w:rsidRDefault="00833384">
            <w:pPr>
              <w:rPr>
                <w:rFonts w:hint="eastAsia"/>
              </w:rPr>
            </w:pPr>
            <w:r>
              <w:t>1/6 Riksdaler</w:t>
            </w:r>
          </w:p>
        </w:tc>
        <w:tc>
          <w:tcPr>
            <w:tcW w:w="1440" w:type="dxa"/>
          </w:tcPr>
          <w:p w14:paraId="45A50177" w14:textId="6E1F54B5" w:rsidR="0050098D" w:rsidRDefault="00833384">
            <w:pPr>
              <w:rPr>
                <w:rFonts w:hint="eastAsia"/>
              </w:rPr>
            </w:pPr>
            <w:r>
              <w:t>1803</w:t>
            </w:r>
          </w:p>
        </w:tc>
        <w:tc>
          <w:tcPr>
            <w:tcW w:w="1440" w:type="dxa"/>
          </w:tcPr>
          <w:p w14:paraId="66360E2A" w14:textId="5677EBD4" w:rsidR="0050098D" w:rsidRDefault="00833384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480" w:type="dxa"/>
          </w:tcPr>
          <w:p w14:paraId="42CA5C97" w14:textId="55B3B5B7" w:rsidR="0050098D" w:rsidRDefault="00833384">
            <w:pPr>
              <w:rPr>
                <w:rFonts w:hint="eastAsia"/>
              </w:rPr>
            </w:pPr>
            <w:proofErr w:type="spellStart"/>
            <w:r>
              <w:t>Utan</w:t>
            </w:r>
            <w:proofErr w:type="spellEnd"/>
            <w:r>
              <w:t xml:space="preserve"> </w:t>
            </w:r>
            <w:proofErr w:type="spellStart"/>
            <w:r>
              <w:t>plantsrispor</w:t>
            </w:r>
            <w:proofErr w:type="spellEnd"/>
          </w:p>
        </w:tc>
        <w:tc>
          <w:tcPr>
            <w:tcW w:w="1440" w:type="dxa"/>
          </w:tcPr>
          <w:p w14:paraId="684EE5F1" w14:textId="17980F17" w:rsidR="0050098D" w:rsidRDefault="00833384">
            <w:pPr>
              <w:rPr>
                <w:rFonts w:hint="eastAsia"/>
              </w:rPr>
            </w:pPr>
            <w:proofErr w:type="gramStart"/>
            <w:r>
              <w:t>2.000:-</w:t>
            </w:r>
            <w:proofErr w:type="gramEnd"/>
          </w:p>
        </w:tc>
        <w:tc>
          <w:tcPr>
            <w:tcW w:w="1440" w:type="dxa"/>
          </w:tcPr>
          <w:p w14:paraId="35D84DA1" w14:textId="511B883F" w:rsidR="0050098D" w:rsidRPr="00FC4A08" w:rsidRDefault="00833384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6129CD" w:rsidRPr="00C312DE" w14:paraId="2090AF5E" w14:textId="77777777" w:rsidTr="006129CD">
        <w:tc>
          <w:tcPr>
            <w:tcW w:w="1440" w:type="dxa"/>
          </w:tcPr>
          <w:p w14:paraId="62FA12F9" w14:textId="5D9515DD" w:rsidR="006129CD" w:rsidRDefault="006129CD">
            <w:pPr>
              <w:rPr>
                <w:rFonts w:hint="eastAsia"/>
              </w:rPr>
            </w:pPr>
            <w:r>
              <w:t>¼ Skilling</w:t>
            </w:r>
          </w:p>
        </w:tc>
        <w:tc>
          <w:tcPr>
            <w:tcW w:w="1440" w:type="dxa"/>
          </w:tcPr>
          <w:p w14:paraId="2EB6B44C" w14:textId="4F9650C4" w:rsidR="006129CD" w:rsidRDefault="006129CD">
            <w:pPr>
              <w:rPr>
                <w:rFonts w:hint="eastAsia"/>
              </w:rPr>
            </w:pPr>
            <w:r>
              <w:t>1803</w:t>
            </w:r>
          </w:p>
        </w:tc>
        <w:tc>
          <w:tcPr>
            <w:tcW w:w="1440" w:type="dxa"/>
          </w:tcPr>
          <w:p w14:paraId="322F9948" w14:textId="62690E41" w:rsidR="006129CD" w:rsidRDefault="006129CD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80" w:type="dxa"/>
          </w:tcPr>
          <w:p w14:paraId="6718388B" w14:textId="77777777" w:rsidR="006129CD" w:rsidRDefault="006129CD">
            <w:pPr>
              <w:rPr>
                <w:rFonts w:hint="eastAsia"/>
              </w:rPr>
            </w:pPr>
          </w:p>
        </w:tc>
        <w:tc>
          <w:tcPr>
            <w:tcW w:w="1440" w:type="dxa"/>
          </w:tcPr>
          <w:p w14:paraId="273E2116" w14:textId="6BDDD3A3" w:rsidR="006129CD" w:rsidRDefault="007E3B95">
            <w:pPr>
              <w:rPr>
                <w:rFonts w:hint="eastAsia"/>
              </w:rPr>
            </w:pPr>
            <w:proofErr w:type="gramStart"/>
            <w:r>
              <w:t>125:-</w:t>
            </w:r>
            <w:proofErr w:type="gramEnd"/>
          </w:p>
        </w:tc>
        <w:tc>
          <w:tcPr>
            <w:tcW w:w="1440" w:type="dxa"/>
          </w:tcPr>
          <w:p w14:paraId="158814BF" w14:textId="380D1624" w:rsidR="006129CD" w:rsidRPr="00AA4D44" w:rsidRDefault="007E3B95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</w:tbl>
    <w:p w14:paraId="5FADAB0C" w14:textId="77777777" w:rsidR="0050098D" w:rsidRPr="00FC4A08" w:rsidRDefault="0050098D">
      <w:pPr>
        <w:rPr>
          <w:rFonts w:hint="eastAsia"/>
          <w:lang w:val="sv-SE"/>
        </w:rPr>
      </w:pPr>
    </w:p>
    <w:p w14:paraId="2487DA55" w14:textId="77777777" w:rsidR="0050098D" w:rsidRDefault="00406940">
      <w:pPr>
        <w:pStyle w:val="Rubrik1"/>
      </w:pPr>
      <w:r>
        <w:t>Karl XIII (1809–1818)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6"/>
        <w:gridCol w:w="1427"/>
        <w:gridCol w:w="1432"/>
        <w:gridCol w:w="1476"/>
        <w:gridCol w:w="1428"/>
        <w:gridCol w:w="1431"/>
      </w:tblGrid>
      <w:tr w:rsidR="0050098D" w14:paraId="32B293E8" w14:textId="77777777" w:rsidTr="00EB7725">
        <w:tc>
          <w:tcPr>
            <w:tcW w:w="1440" w:type="dxa"/>
          </w:tcPr>
          <w:p w14:paraId="0ACFA2BC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5AA2AE15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2DFD46C7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76" w:type="dxa"/>
          </w:tcPr>
          <w:p w14:paraId="68911064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202EACD7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39A965C9" w14:textId="77777777" w:rsidR="0050098D" w:rsidRDefault="00406940">
            <w:pPr>
              <w:rPr>
                <w:rFonts w:hint="eastAsia"/>
              </w:rPr>
            </w:pPr>
            <w:r>
              <w:t>Bild (</w:t>
            </w:r>
            <w:proofErr w:type="spellStart"/>
            <w:r>
              <w:t>infoga</w:t>
            </w:r>
            <w:proofErr w:type="spellEnd"/>
            <w:r>
              <w:t xml:space="preserve"> </w:t>
            </w:r>
            <w:proofErr w:type="spellStart"/>
            <w:r>
              <w:t>här</w:t>
            </w:r>
            <w:proofErr w:type="spellEnd"/>
            <w:r>
              <w:t>)</w:t>
            </w:r>
          </w:p>
        </w:tc>
      </w:tr>
      <w:tr w:rsidR="0050098D" w:rsidRPr="00FC4A08" w14:paraId="429EE9EA" w14:textId="77777777" w:rsidTr="00EB7725">
        <w:tc>
          <w:tcPr>
            <w:tcW w:w="1440" w:type="dxa"/>
          </w:tcPr>
          <w:p w14:paraId="07E0F47D" w14:textId="4CC1567B" w:rsidR="0050098D" w:rsidRDefault="007E3B95">
            <w:pPr>
              <w:rPr>
                <w:rFonts w:hint="eastAsia"/>
              </w:rPr>
            </w:pPr>
            <w:r>
              <w:t>1/24 Riksdaler</w:t>
            </w:r>
          </w:p>
        </w:tc>
        <w:tc>
          <w:tcPr>
            <w:tcW w:w="1440" w:type="dxa"/>
          </w:tcPr>
          <w:p w14:paraId="5C1024A4" w14:textId="0321A0D8" w:rsidR="0050098D" w:rsidRDefault="007E3B95">
            <w:pPr>
              <w:rPr>
                <w:rFonts w:hint="eastAsia"/>
              </w:rPr>
            </w:pPr>
            <w:r>
              <w:t>1810</w:t>
            </w:r>
          </w:p>
        </w:tc>
        <w:tc>
          <w:tcPr>
            <w:tcW w:w="1440" w:type="dxa"/>
          </w:tcPr>
          <w:p w14:paraId="725AA17C" w14:textId="085DEDAB" w:rsidR="0050098D" w:rsidRDefault="008E6500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76" w:type="dxa"/>
          </w:tcPr>
          <w:p w14:paraId="19F20032" w14:textId="57947A6D" w:rsidR="0050098D" w:rsidRDefault="008E6500">
            <w:pPr>
              <w:rPr>
                <w:rFonts w:hint="eastAsia"/>
              </w:rPr>
            </w:pPr>
            <w:proofErr w:type="spellStart"/>
            <w:r>
              <w:t>Svagpräglad</w:t>
            </w:r>
            <w:proofErr w:type="spellEnd"/>
          </w:p>
        </w:tc>
        <w:tc>
          <w:tcPr>
            <w:tcW w:w="1440" w:type="dxa"/>
          </w:tcPr>
          <w:p w14:paraId="73FE323D" w14:textId="6818786C" w:rsidR="0050098D" w:rsidRDefault="008E6500">
            <w:pPr>
              <w:rPr>
                <w:rFonts w:hint="eastAsia"/>
              </w:rPr>
            </w:pPr>
            <w:proofErr w:type="gramStart"/>
            <w:r>
              <w:t>400:-</w:t>
            </w:r>
            <w:proofErr w:type="gramEnd"/>
          </w:p>
        </w:tc>
        <w:tc>
          <w:tcPr>
            <w:tcW w:w="1440" w:type="dxa"/>
          </w:tcPr>
          <w:p w14:paraId="79DA3136" w14:textId="0DD0AF17" w:rsidR="0050098D" w:rsidRPr="00FC4A08" w:rsidRDefault="008E6500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EB7725" w:rsidRPr="00FC4A08" w14:paraId="2868A2B1" w14:textId="77777777" w:rsidTr="00EB7725">
        <w:tc>
          <w:tcPr>
            <w:tcW w:w="1440" w:type="dxa"/>
          </w:tcPr>
          <w:p w14:paraId="2B6F41A0" w14:textId="260C8D9A" w:rsidR="00EB7725" w:rsidRDefault="00385FAF">
            <w:pPr>
              <w:rPr>
                <w:rFonts w:hint="eastAsia"/>
              </w:rPr>
            </w:pPr>
            <w:r>
              <w:t xml:space="preserve">1 Skilling </w:t>
            </w:r>
          </w:p>
        </w:tc>
        <w:tc>
          <w:tcPr>
            <w:tcW w:w="1440" w:type="dxa"/>
          </w:tcPr>
          <w:p w14:paraId="66355E88" w14:textId="32B010C5" w:rsidR="00EB7725" w:rsidRDefault="00385FAF">
            <w:pPr>
              <w:rPr>
                <w:rFonts w:hint="eastAsia"/>
              </w:rPr>
            </w:pPr>
            <w:r>
              <w:t>1812</w:t>
            </w:r>
          </w:p>
        </w:tc>
        <w:tc>
          <w:tcPr>
            <w:tcW w:w="1440" w:type="dxa"/>
          </w:tcPr>
          <w:p w14:paraId="28786538" w14:textId="27802F8F" w:rsidR="00EB7725" w:rsidRDefault="00385FAF">
            <w:pPr>
              <w:rPr>
                <w:rFonts w:hint="eastAsia"/>
              </w:rPr>
            </w:pPr>
            <w:r>
              <w:t>1</w:t>
            </w:r>
          </w:p>
        </w:tc>
        <w:tc>
          <w:tcPr>
            <w:tcW w:w="1476" w:type="dxa"/>
          </w:tcPr>
          <w:p w14:paraId="2DCFD8B5" w14:textId="546CD381" w:rsidR="00EB7725" w:rsidRDefault="00EB7725">
            <w:pPr>
              <w:rPr>
                <w:rFonts w:hint="eastAsia"/>
              </w:rPr>
            </w:pPr>
          </w:p>
        </w:tc>
        <w:tc>
          <w:tcPr>
            <w:tcW w:w="1440" w:type="dxa"/>
          </w:tcPr>
          <w:p w14:paraId="19B9568C" w14:textId="6FA4980E" w:rsidR="00EB7725" w:rsidRDefault="00385FAF">
            <w:pPr>
              <w:rPr>
                <w:rFonts w:hint="eastAsia"/>
              </w:rPr>
            </w:pPr>
            <w:proofErr w:type="gramStart"/>
            <w:r>
              <w:t>150:-</w:t>
            </w:r>
            <w:proofErr w:type="gramEnd"/>
          </w:p>
        </w:tc>
        <w:tc>
          <w:tcPr>
            <w:tcW w:w="1440" w:type="dxa"/>
          </w:tcPr>
          <w:p w14:paraId="7639F493" w14:textId="186A55DD" w:rsidR="00EB7725" w:rsidRPr="00AA4D44" w:rsidRDefault="00385FAF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385FAF" w:rsidRPr="00FC4A08" w14:paraId="343BE932" w14:textId="77777777" w:rsidTr="00EB7725">
        <w:tc>
          <w:tcPr>
            <w:tcW w:w="1440" w:type="dxa"/>
          </w:tcPr>
          <w:p w14:paraId="0B7AE2CA" w14:textId="2E53DB7C" w:rsidR="00385FAF" w:rsidRDefault="00385FAF">
            <w:pPr>
              <w:rPr>
                <w:rFonts w:hint="eastAsia"/>
              </w:rPr>
            </w:pPr>
            <w:r>
              <w:t>½ Skilling</w:t>
            </w:r>
          </w:p>
        </w:tc>
        <w:tc>
          <w:tcPr>
            <w:tcW w:w="1440" w:type="dxa"/>
          </w:tcPr>
          <w:p w14:paraId="045B15B6" w14:textId="5EAA214A" w:rsidR="00385FAF" w:rsidRDefault="00385FAF">
            <w:pPr>
              <w:rPr>
                <w:rFonts w:hint="eastAsia"/>
              </w:rPr>
            </w:pPr>
            <w:r>
              <w:t>1815</w:t>
            </w:r>
          </w:p>
        </w:tc>
        <w:tc>
          <w:tcPr>
            <w:tcW w:w="1440" w:type="dxa"/>
          </w:tcPr>
          <w:p w14:paraId="355C8EAE" w14:textId="21C0A91A" w:rsidR="00385FAF" w:rsidRDefault="00385FAF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76" w:type="dxa"/>
          </w:tcPr>
          <w:p w14:paraId="3ADA7F74" w14:textId="77777777" w:rsidR="00385FAF" w:rsidRDefault="00385FAF">
            <w:pPr>
              <w:rPr>
                <w:rFonts w:hint="eastAsia"/>
              </w:rPr>
            </w:pPr>
          </w:p>
        </w:tc>
        <w:tc>
          <w:tcPr>
            <w:tcW w:w="1440" w:type="dxa"/>
          </w:tcPr>
          <w:p w14:paraId="6B58619A" w14:textId="2B847E0D" w:rsidR="00385FAF" w:rsidRDefault="003878DD">
            <w:pPr>
              <w:rPr>
                <w:rFonts w:hint="eastAsia"/>
              </w:rPr>
            </w:pPr>
            <w:proofErr w:type="gramStart"/>
            <w:r>
              <w:t>350:-</w:t>
            </w:r>
            <w:proofErr w:type="gramEnd"/>
          </w:p>
        </w:tc>
        <w:tc>
          <w:tcPr>
            <w:tcW w:w="1440" w:type="dxa"/>
          </w:tcPr>
          <w:p w14:paraId="38A53054" w14:textId="14E480CE" w:rsidR="00385FAF" w:rsidRPr="00AA4D44" w:rsidRDefault="003878DD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</w:tbl>
    <w:p w14:paraId="6580953D" w14:textId="77777777" w:rsidR="0050098D" w:rsidRPr="00FC4A08" w:rsidRDefault="0050098D">
      <w:pPr>
        <w:rPr>
          <w:rFonts w:hint="eastAsia"/>
          <w:lang w:val="sv-SE"/>
        </w:rPr>
      </w:pPr>
    </w:p>
    <w:p w14:paraId="10EA4032" w14:textId="77777777" w:rsidR="0050098D" w:rsidRDefault="00406940">
      <w:pPr>
        <w:pStyle w:val="Rubrik1"/>
      </w:pPr>
      <w:r>
        <w:lastRenderedPageBreak/>
        <w:t>Karl XIV Johan (1818–1844)</w:t>
      </w:r>
    </w:p>
    <w:tbl>
      <w:tblPr>
        <w:tblStyle w:val="Tabellrutnt"/>
        <w:tblW w:w="9039" w:type="dxa"/>
        <w:tblLook w:val="04A0" w:firstRow="1" w:lastRow="0" w:firstColumn="1" w:lastColumn="0" w:noHBand="0" w:noVBand="1"/>
      </w:tblPr>
      <w:tblGrid>
        <w:gridCol w:w="2168"/>
        <w:gridCol w:w="1271"/>
        <w:gridCol w:w="1337"/>
        <w:gridCol w:w="1443"/>
        <w:gridCol w:w="1318"/>
        <w:gridCol w:w="1502"/>
      </w:tblGrid>
      <w:tr w:rsidR="0050098D" w14:paraId="64280548" w14:textId="77777777" w:rsidTr="003878DD">
        <w:tc>
          <w:tcPr>
            <w:tcW w:w="2168" w:type="dxa"/>
          </w:tcPr>
          <w:p w14:paraId="05AD7B62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271" w:type="dxa"/>
          </w:tcPr>
          <w:p w14:paraId="6B63216F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337" w:type="dxa"/>
          </w:tcPr>
          <w:p w14:paraId="5506A06D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3" w:type="dxa"/>
          </w:tcPr>
          <w:p w14:paraId="7A454E3C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318" w:type="dxa"/>
          </w:tcPr>
          <w:p w14:paraId="4FD74F6E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502" w:type="dxa"/>
          </w:tcPr>
          <w:p w14:paraId="120EFDB7" w14:textId="6F555F5A" w:rsidR="0050098D" w:rsidRDefault="008768C5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FC4A08" w14:paraId="457C6B45" w14:textId="77777777" w:rsidTr="003878DD">
        <w:tc>
          <w:tcPr>
            <w:tcW w:w="2168" w:type="dxa"/>
          </w:tcPr>
          <w:p w14:paraId="6E5F9703" w14:textId="34109484" w:rsidR="0050098D" w:rsidRDefault="00A5271B">
            <w:pPr>
              <w:rPr>
                <w:rFonts w:hint="eastAsia"/>
              </w:rPr>
            </w:pPr>
            <w:proofErr w:type="spellStart"/>
            <w:r>
              <w:t>Jubileumsriksdaler</w:t>
            </w:r>
            <w:proofErr w:type="spellEnd"/>
          </w:p>
        </w:tc>
        <w:tc>
          <w:tcPr>
            <w:tcW w:w="1271" w:type="dxa"/>
          </w:tcPr>
          <w:p w14:paraId="64313198" w14:textId="4454504F" w:rsidR="0050098D" w:rsidRDefault="00A5271B">
            <w:pPr>
              <w:rPr>
                <w:rFonts w:hint="eastAsia"/>
              </w:rPr>
            </w:pPr>
            <w:r>
              <w:t>1825</w:t>
            </w:r>
          </w:p>
        </w:tc>
        <w:tc>
          <w:tcPr>
            <w:tcW w:w="1337" w:type="dxa"/>
          </w:tcPr>
          <w:p w14:paraId="4E487673" w14:textId="134EEE0C" w:rsidR="0050098D" w:rsidRDefault="00A5271B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4CF4F8A3" w14:textId="1514E94A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318" w:type="dxa"/>
          </w:tcPr>
          <w:p w14:paraId="6CF35D67" w14:textId="394D0E40" w:rsidR="0050098D" w:rsidRDefault="00A5271B">
            <w:pPr>
              <w:rPr>
                <w:rFonts w:hint="eastAsia"/>
              </w:rPr>
            </w:pPr>
            <w:proofErr w:type="gramStart"/>
            <w:r>
              <w:t>1</w:t>
            </w:r>
            <w:r w:rsidR="00513045">
              <w:t>1</w:t>
            </w:r>
            <w:r>
              <w:t>.000</w:t>
            </w:r>
            <w:r w:rsidR="00AF7789">
              <w:t>:-</w:t>
            </w:r>
            <w:proofErr w:type="gramEnd"/>
          </w:p>
        </w:tc>
        <w:tc>
          <w:tcPr>
            <w:tcW w:w="1502" w:type="dxa"/>
          </w:tcPr>
          <w:p w14:paraId="4F53309A" w14:textId="4C1728EB" w:rsidR="0050098D" w:rsidRPr="00FC4A08" w:rsidRDefault="00406940">
            <w:pPr>
              <w:rPr>
                <w:rFonts w:hint="eastAsia"/>
                <w:lang w:val="sv-SE"/>
              </w:rPr>
            </w:pPr>
            <w:hyperlink r:id="rId20" w:history="1">
              <w:r w:rsidRPr="00A5271B">
                <w:rPr>
                  <w:rStyle w:val="Hyperlnk"/>
                  <w:lang w:val="sv-SE"/>
                </w:rPr>
                <w:t>[Klicka</w:t>
              </w:r>
              <w:r w:rsidR="00A5271B" w:rsidRPr="00A5271B">
                <w:rPr>
                  <w:rStyle w:val="Hyperlnk"/>
                  <w:lang w:val="sv-SE"/>
                </w:rPr>
                <w:t xml:space="preserve"> </w:t>
              </w:r>
              <w:r w:rsidRPr="00A5271B">
                <w:rPr>
                  <w:rStyle w:val="Hyperlnk"/>
                  <w:lang w:val="sv-SE"/>
                </w:rPr>
                <w:t>här]</w:t>
              </w:r>
            </w:hyperlink>
          </w:p>
        </w:tc>
      </w:tr>
      <w:tr w:rsidR="00A5271B" w:rsidRPr="00FC4A08" w14:paraId="6F661743" w14:textId="77777777" w:rsidTr="003878DD">
        <w:tc>
          <w:tcPr>
            <w:tcW w:w="2168" w:type="dxa"/>
          </w:tcPr>
          <w:p w14:paraId="12FE3E23" w14:textId="2FB987E4" w:rsidR="00A5271B" w:rsidRDefault="003878DD">
            <w:pPr>
              <w:rPr>
                <w:rFonts w:hint="eastAsia"/>
              </w:rPr>
            </w:pPr>
            <w:r>
              <w:t>¼ Riksdaler Sp.</w:t>
            </w:r>
          </w:p>
        </w:tc>
        <w:tc>
          <w:tcPr>
            <w:tcW w:w="1271" w:type="dxa"/>
          </w:tcPr>
          <w:p w14:paraId="3EA27C16" w14:textId="2B2E6D0A" w:rsidR="00A5271B" w:rsidRDefault="003878DD">
            <w:pPr>
              <w:rPr>
                <w:rFonts w:hint="eastAsia"/>
              </w:rPr>
            </w:pPr>
            <w:r>
              <w:t>1831</w:t>
            </w:r>
          </w:p>
        </w:tc>
        <w:tc>
          <w:tcPr>
            <w:tcW w:w="1337" w:type="dxa"/>
          </w:tcPr>
          <w:p w14:paraId="7A7F3ABF" w14:textId="0D560D39" w:rsidR="00A5271B" w:rsidRDefault="003878DD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43" w:type="dxa"/>
          </w:tcPr>
          <w:p w14:paraId="7DFD9AA8" w14:textId="4D9920F5" w:rsidR="00A5271B" w:rsidRDefault="00A5271B">
            <w:pPr>
              <w:rPr>
                <w:rFonts w:hint="eastAsia"/>
              </w:rPr>
            </w:pPr>
          </w:p>
        </w:tc>
        <w:tc>
          <w:tcPr>
            <w:tcW w:w="1318" w:type="dxa"/>
          </w:tcPr>
          <w:p w14:paraId="0523272E" w14:textId="1FF31E9E" w:rsidR="00A5271B" w:rsidRDefault="003878DD">
            <w:pPr>
              <w:rPr>
                <w:rFonts w:hint="eastAsia"/>
              </w:rPr>
            </w:pPr>
            <w:proofErr w:type="gramStart"/>
            <w:r>
              <w:t>1.400:-</w:t>
            </w:r>
            <w:proofErr w:type="gramEnd"/>
          </w:p>
        </w:tc>
        <w:tc>
          <w:tcPr>
            <w:tcW w:w="1502" w:type="dxa"/>
          </w:tcPr>
          <w:p w14:paraId="30A2C4D6" w14:textId="4CEA66CB" w:rsidR="00A5271B" w:rsidRDefault="003878DD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A5271B" w:rsidRPr="00FC4A08" w14:paraId="05DCB8C4" w14:textId="77777777" w:rsidTr="003878DD">
        <w:tc>
          <w:tcPr>
            <w:tcW w:w="2168" w:type="dxa"/>
          </w:tcPr>
          <w:p w14:paraId="29471884" w14:textId="2254220C" w:rsidR="00A5271B" w:rsidRDefault="00A5271B">
            <w:pPr>
              <w:rPr>
                <w:rFonts w:hint="eastAsia"/>
              </w:rPr>
            </w:pPr>
            <w:r>
              <w:t>1</w:t>
            </w:r>
            <w:r w:rsidR="00AF7789">
              <w:t xml:space="preserve">/16 Rd. </w:t>
            </w:r>
            <w:proofErr w:type="spellStart"/>
            <w:r w:rsidR="00AF7789">
              <w:t>Sp</w:t>
            </w:r>
            <w:proofErr w:type="spellEnd"/>
          </w:p>
        </w:tc>
        <w:tc>
          <w:tcPr>
            <w:tcW w:w="1271" w:type="dxa"/>
          </w:tcPr>
          <w:p w14:paraId="278451ED" w14:textId="14B1E2F0" w:rsidR="00A5271B" w:rsidRDefault="00AF7789">
            <w:pPr>
              <w:rPr>
                <w:rFonts w:hint="eastAsia"/>
              </w:rPr>
            </w:pPr>
            <w:r>
              <w:t>1835</w:t>
            </w:r>
          </w:p>
        </w:tc>
        <w:tc>
          <w:tcPr>
            <w:tcW w:w="1337" w:type="dxa"/>
          </w:tcPr>
          <w:p w14:paraId="1A47C000" w14:textId="75EE6244" w:rsidR="00A5271B" w:rsidRDefault="00AF7789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43" w:type="dxa"/>
          </w:tcPr>
          <w:p w14:paraId="4D9D7DBE" w14:textId="553CBCD1" w:rsidR="00A5271B" w:rsidRDefault="00A5271B">
            <w:pPr>
              <w:rPr>
                <w:rFonts w:hint="eastAsia"/>
              </w:rPr>
            </w:pPr>
          </w:p>
        </w:tc>
        <w:tc>
          <w:tcPr>
            <w:tcW w:w="1318" w:type="dxa"/>
          </w:tcPr>
          <w:p w14:paraId="2DEDAF47" w14:textId="255A31CE" w:rsidR="00A5271B" w:rsidRDefault="00AF7789">
            <w:pPr>
              <w:rPr>
                <w:rFonts w:hint="eastAsia"/>
              </w:rPr>
            </w:pPr>
            <w:proofErr w:type="gramStart"/>
            <w:r>
              <w:t>500:-</w:t>
            </w:r>
            <w:proofErr w:type="gramEnd"/>
          </w:p>
        </w:tc>
        <w:tc>
          <w:tcPr>
            <w:tcW w:w="1502" w:type="dxa"/>
          </w:tcPr>
          <w:p w14:paraId="1269F4B0" w14:textId="6E030A4A" w:rsidR="00A5271B" w:rsidRDefault="00AF7789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937055" w:rsidRPr="00FC4A08" w14:paraId="2E42563B" w14:textId="77777777" w:rsidTr="003878DD">
        <w:tc>
          <w:tcPr>
            <w:tcW w:w="2168" w:type="dxa"/>
          </w:tcPr>
          <w:p w14:paraId="3F5B1877" w14:textId="2B67D2B0" w:rsidR="00937055" w:rsidRDefault="00937055">
            <w:pPr>
              <w:rPr>
                <w:rFonts w:hint="eastAsia"/>
              </w:rPr>
            </w:pPr>
            <w:r>
              <w:t>1 Skilling</w:t>
            </w:r>
          </w:p>
        </w:tc>
        <w:tc>
          <w:tcPr>
            <w:tcW w:w="1271" w:type="dxa"/>
          </w:tcPr>
          <w:p w14:paraId="24C659CF" w14:textId="1FD58327" w:rsidR="00937055" w:rsidRDefault="00937055">
            <w:pPr>
              <w:rPr>
                <w:rFonts w:hint="eastAsia"/>
              </w:rPr>
            </w:pPr>
            <w:r>
              <w:t>1819</w:t>
            </w:r>
          </w:p>
        </w:tc>
        <w:tc>
          <w:tcPr>
            <w:tcW w:w="1337" w:type="dxa"/>
          </w:tcPr>
          <w:p w14:paraId="68702619" w14:textId="10F2ADB1" w:rsidR="00937055" w:rsidRDefault="00937055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31728D5C" w14:textId="77777777" w:rsidR="00937055" w:rsidRDefault="00937055">
            <w:pPr>
              <w:rPr>
                <w:rFonts w:hint="eastAsia"/>
              </w:rPr>
            </w:pPr>
          </w:p>
        </w:tc>
        <w:tc>
          <w:tcPr>
            <w:tcW w:w="1318" w:type="dxa"/>
          </w:tcPr>
          <w:p w14:paraId="12A5DB11" w14:textId="08403AA0" w:rsidR="00937055" w:rsidRDefault="00513045">
            <w:pPr>
              <w:rPr>
                <w:rFonts w:hint="eastAsia"/>
              </w:rPr>
            </w:pPr>
            <w:proofErr w:type="gramStart"/>
            <w:r>
              <w:t>1.500:-</w:t>
            </w:r>
            <w:proofErr w:type="gramEnd"/>
          </w:p>
        </w:tc>
        <w:tc>
          <w:tcPr>
            <w:tcW w:w="1502" w:type="dxa"/>
          </w:tcPr>
          <w:p w14:paraId="7FD1CA14" w14:textId="2315B244" w:rsidR="00937055" w:rsidRPr="00AA4D44" w:rsidRDefault="00513045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AF7789" w:rsidRPr="00FC4A08" w14:paraId="3222DCE9" w14:textId="77777777" w:rsidTr="003878DD">
        <w:tc>
          <w:tcPr>
            <w:tcW w:w="2168" w:type="dxa"/>
          </w:tcPr>
          <w:p w14:paraId="510B922A" w14:textId="68499DC8" w:rsidR="00AF7789" w:rsidRDefault="00AF7789" w:rsidP="00AF7789">
            <w:pPr>
              <w:rPr>
                <w:rFonts w:hint="eastAsia"/>
              </w:rPr>
            </w:pPr>
            <w:r>
              <w:t>1 Skilling</w:t>
            </w:r>
          </w:p>
        </w:tc>
        <w:tc>
          <w:tcPr>
            <w:tcW w:w="1271" w:type="dxa"/>
          </w:tcPr>
          <w:p w14:paraId="43F3267B" w14:textId="6B36E9E1" w:rsidR="00AF7789" w:rsidRDefault="00AF7789" w:rsidP="00AF7789">
            <w:pPr>
              <w:rPr>
                <w:rFonts w:hint="eastAsia"/>
              </w:rPr>
            </w:pPr>
            <w:r>
              <w:t>1832</w:t>
            </w:r>
          </w:p>
        </w:tc>
        <w:tc>
          <w:tcPr>
            <w:tcW w:w="1337" w:type="dxa"/>
          </w:tcPr>
          <w:p w14:paraId="621812A0" w14:textId="34B74FFB" w:rsidR="00AF7789" w:rsidRDefault="00AF7789" w:rsidP="00AF7789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508F6B13" w14:textId="778411BE" w:rsidR="00AF7789" w:rsidRDefault="00AF7789" w:rsidP="00AF7789">
            <w:pPr>
              <w:rPr>
                <w:rFonts w:hint="eastAsia"/>
              </w:rPr>
            </w:pPr>
            <w:r>
              <w:t>Palmkvist</w:t>
            </w:r>
          </w:p>
        </w:tc>
        <w:tc>
          <w:tcPr>
            <w:tcW w:w="1318" w:type="dxa"/>
          </w:tcPr>
          <w:p w14:paraId="290BA7C6" w14:textId="0C58A094" w:rsidR="00AF7789" w:rsidRDefault="00D0380C" w:rsidP="00AF7789">
            <w:pPr>
              <w:rPr>
                <w:rFonts w:hint="eastAsia"/>
              </w:rPr>
            </w:pPr>
            <w:proofErr w:type="gramStart"/>
            <w:r>
              <w:t>9</w:t>
            </w:r>
            <w:r w:rsidR="00AF7789">
              <w:t>.</w:t>
            </w:r>
            <w:r>
              <w:t>5</w:t>
            </w:r>
            <w:r w:rsidR="00AF7789">
              <w:t>00:-</w:t>
            </w:r>
            <w:proofErr w:type="gramEnd"/>
          </w:p>
        </w:tc>
        <w:tc>
          <w:tcPr>
            <w:tcW w:w="1502" w:type="dxa"/>
          </w:tcPr>
          <w:p w14:paraId="3F3011AD" w14:textId="26FBF529" w:rsidR="00AF7789" w:rsidRDefault="00AF7789" w:rsidP="00AF7789">
            <w:pPr>
              <w:rPr>
                <w:rFonts w:hint="eastAsia"/>
              </w:rPr>
            </w:pPr>
            <w:hyperlink r:id="rId21" w:history="1">
              <w:r w:rsidRPr="00A5271B">
                <w:rPr>
                  <w:rStyle w:val="Hyperlnk"/>
                  <w:lang w:val="sv-SE"/>
                </w:rPr>
                <w:t>[Klicka</w:t>
              </w:r>
              <w:r>
                <w:rPr>
                  <w:rStyle w:val="Hyperlnk"/>
                  <w:lang w:val="sv-SE"/>
                </w:rPr>
                <w:t xml:space="preserve"> </w:t>
              </w:r>
              <w:r w:rsidRPr="00A5271B">
                <w:rPr>
                  <w:rStyle w:val="Hyperlnk"/>
                  <w:lang w:val="sv-SE"/>
                </w:rPr>
                <w:t>här]</w:t>
              </w:r>
            </w:hyperlink>
          </w:p>
        </w:tc>
      </w:tr>
      <w:tr w:rsidR="001A3496" w:rsidRPr="00FC4A08" w14:paraId="0FC01AB1" w14:textId="77777777" w:rsidTr="003878DD">
        <w:tc>
          <w:tcPr>
            <w:tcW w:w="2168" w:type="dxa"/>
          </w:tcPr>
          <w:p w14:paraId="78BC7F05" w14:textId="17E8014F" w:rsidR="001A3496" w:rsidRDefault="001A3496" w:rsidP="00AF7789">
            <w:pPr>
              <w:rPr>
                <w:rFonts w:hint="eastAsia"/>
              </w:rPr>
            </w:pPr>
            <w:r>
              <w:t>½ Skilling</w:t>
            </w:r>
          </w:p>
        </w:tc>
        <w:tc>
          <w:tcPr>
            <w:tcW w:w="1271" w:type="dxa"/>
          </w:tcPr>
          <w:p w14:paraId="7261CD83" w14:textId="43353219" w:rsidR="001A3496" w:rsidRDefault="001A3496" w:rsidP="00AF7789">
            <w:pPr>
              <w:rPr>
                <w:rFonts w:hint="eastAsia"/>
              </w:rPr>
            </w:pPr>
            <w:r>
              <w:t>1832</w:t>
            </w:r>
          </w:p>
        </w:tc>
        <w:tc>
          <w:tcPr>
            <w:tcW w:w="1337" w:type="dxa"/>
          </w:tcPr>
          <w:p w14:paraId="2D160D9B" w14:textId="3E9B333C" w:rsidR="001A3496" w:rsidRDefault="001A3496" w:rsidP="00AF7789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4214C641" w14:textId="27E1E3BF" w:rsidR="001A3496" w:rsidRDefault="001A3496" w:rsidP="00AF7789">
            <w:pPr>
              <w:rPr>
                <w:rFonts w:hint="eastAsia"/>
              </w:rPr>
            </w:pPr>
            <w:r>
              <w:t>Palmkvist</w:t>
            </w:r>
          </w:p>
        </w:tc>
        <w:tc>
          <w:tcPr>
            <w:tcW w:w="1318" w:type="dxa"/>
          </w:tcPr>
          <w:p w14:paraId="32068860" w14:textId="543A2CA3" w:rsidR="001A3496" w:rsidRDefault="001A3496" w:rsidP="00AF7789">
            <w:pPr>
              <w:rPr>
                <w:rFonts w:hint="eastAsia"/>
              </w:rPr>
            </w:pPr>
            <w:proofErr w:type="gramStart"/>
            <w:r>
              <w:t>1.500:-</w:t>
            </w:r>
            <w:proofErr w:type="gramEnd"/>
          </w:p>
        </w:tc>
        <w:tc>
          <w:tcPr>
            <w:tcW w:w="1502" w:type="dxa"/>
          </w:tcPr>
          <w:p w14:paraId="3FAA9FC5" w14:textId="56CF4DB1" w:rsidR="001A3496" w:rsidRDefault="001A3496" w:rsidP="00AF7789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BF4064" w:rsidRPr="00FC4A08" w14:paraId="7BA92416" w14:textId="77777777" w:rsidTr="003878DD">
        <w:tc>
          <w:tcPr>
            <w:tcW w:w="2168" w:type="dxa"/>
          </w:tcPr>
          <w:p w14:paraId="625E5D12" w14:textId="7886F7EA" w:rsidR="00BF4064" w:rsidRDefault="00BF4064" w:rsidP="00AF7789">
            <w:pPr>
              <w:rPr>
                <w:rFonts w:hint="eastAsia"/>
              </w:rPr>
            </w:pPr>
            <w:r>
              <w:t>¼ Skilling</w:t>
            </w:r>
          </w:p>
        </w:tc>
        <w:tc>
          <w:tcPr>
            <w:tcW w:w="1271" w:type="dxa"/>
          </w:tcPr>
          <w:p w14:paraId="592561F7" w14:textId="207B2EC2" w:rsidR="00BF4064" w:rsidRDefault="005529D9" w:rsidP="00AF7789">
            <w:pPr>
              <w:rPr>
                <w:rFonts w:hint="eastAsia"/>
              </w:rPr>
            </w:pPr>
            <w:r>
              <w:t>1833</w:t>
            </w:r>
          </w:p>
        </w:tc>
        <w:tc>
          <w:tcPr>
            <w:tcW w:w="1337" w:type="dxa"/>
          </w:tcPr>
          <w:p w14:paraId="0A2C2630" w14:textId="757C0C6F" w:rsidR="00BF4064" w:rsidRDefault="005529D9" w:rsidP="00AF7789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5AC1B0AA" w14:textId="37F5E5EC" w:rsidR="00BF4064" w:rsidRDefault="005529D9" w:rsidP="00AF7789">
            <w:pPr>
              <w:rPr>
                <w:rFonts w:hint="eastAsia"/>
              </w:rPr>
            </w:pPr>
            <w:r>
              <w:t>Palmkvist</w:t>
            </w:r>
          </w:p>
        </w:tc>
        <w:tc>
          <w:tcPr>
            <w:tcW w:w="1318" w:type="dxa"/>
          </w:tcPr>
          <w:p w14:paraId="53A3508F" w14:textId="3AE670FA" w:rsidR="00BF4064" w:rsidRDefault="005529D9" w:rsidP="00AF7789">
            <w:pPr>
              <w:rPr>
                <w:rFonts w:hint="eastAsia"/>
              </w:rPr>
            </w:pPr>
            <w:proofErr w:type="gramStart"/>
            <w:r>
              <w:t>1.000:-</w:t>
            </w:r>
            <w:proofErr w:type="gramEnd"/>
          </w:p>
        </w:tc>
        <w:tc>
          <w:tcPr>
            <w:tcW w:w="1502" w:type="dxa"/>
          </w:tcPr>
          <w:p w14:paraId="3B565FE2" w14:textId="35890AA0" w:rsidR="00BF4064" w:rsidRPr="00AA4D44" w:rsidRDefault="005529D9" w:rsidP="00AF7789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AF7789" w:rsidRPr="00FC4A08" w14:paraId="6A8B016D" w14:textId="77777777" w:rsidTr="003878DD">
        <w:tc>
          <w:tcPr>
            <w:tcW w:w="2168" w:type="dxa"/>
          </w:tcPr>
          <w:p w14:paraId="44B35470" w14:textId="3542A8D7" w:rsidR="00AF7789" w:rsidRDefault="00061354" w:rsidP="00AF7789">
            <w:pPr>
              <w:rPr>
                <w:rFonts w:hint="eastAsia"/>
              </w:rPr>
            </w:pPr>
            <w:r>
              <w:t>¼ Skilling</w:t>
            </w:r>
          </w:p>
        </w:tc>
        <w:tc>
          <w:tcPr>
            <w:tcW w:w="1271" w:type="dxa"/>
          </w:tcPr>
          <w:p w14:paraId="2EBB1C90" w14:textId="1FCFF6AD" w:rsidR="00AF7789" w:rsidRDefault="00061354" w:rsidP="00AF7789">
            <w:pPr>
              <w:rPr>
                <w:rFonts w:hint="eastAsia"/>
              </w:rPr>
            </w:pPr>
            <w:r>
              <w:t>1827</w:t>
            </w:r>
          </w:p>
        </w:tc>
        <w:tc>
          <w:tcPr>
            <w:tcW w:w="1337" w:type="dxa"/>
          </w:tcPr>
          <w:p w14:paraId="5B438BEA" w14:textId="41B33D38" w:rsidR="00AF7789" w:rsidRDefault="00061354" w:rsidP="00AF7789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495B7469" w14:textId="77777777" w:rsidR="00AF7789" w:rsidRDefault="00AF7789" w:rsidP="00AF7789">
            <w:pPr>
              <w:rPr>
                <w:rFonts w:hint="eastAsia"/>
              </w:rPr>
            </w:pPr>
          </w:p>
        </w:tc>
        <w:tc>
          <w:tcPr>
            <w:tcW w:w="1318" w:type="dxa"/>
          </w:tcPr>
          <w:p w14:paraId="548DC945" w14:textId="5999DB04" w:rsidR="00AF7789" w:rsidRDefault="00061354" w:rsidP="00AF7789">
            <w:pPr>
              <w:rPr>
                <w:rFonts w:hint="eastAsia"/>
              </w:rPr>
            </w:pPr>
            <w:proofErr w:type="gramStart"/>
            <w:r>
              <w:t>750:-</w:t>
            </w:r>
            <w:proofErr w:type="gramEnd"/>
          </w:p>
        </w:tc>
        <w:tc>
          <w:tcPr>
            <w:tcW w:w="1502" w:type="dxa"/>
          </w:tcPr>
          <w:p w14:paraId="5E6F2FD6" w14:textId="7E740AFB" w:rsidR="00AF7789" w:rsidRDefault="00061354" w:rsidP="00AF7789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61354" w:rsidRPr="00FC4A08" w14:paraId="6E15DF15" w14:textId="77777777" w:rsidTr="003878DD">
        <w:tc>
          <w:tcPr>
            <w:tcW w:w="2168" w:type="dxa"/>
          </w:tcPr>
          <w:p w14:paraId="42906374" w14:textId="22EDF0E3" w:rsidR="00061354" w:rsidRDefault="00061354" w:rsidP="00AF7789">
            <w:pPr>
              <w:rPr>
                <w:rFonts w:hint="eastAsia"/>
              </w:rPr>
            </w:pPr>
            <w:r>
              <w:t>½ Skilling</w:t>
            </w:r>
          </w:p>
        </w:tc>
        <w:tc>
          <w:tcPr>
            <w:tcW w:w="1271" w:type="dxa"/>
          </w:tcPr>
          <w:p w14:paraId="38441E73" w14:textId="4071764B" w:rsidR="00061354" w:rsidRDefault="00061354" w:rsidP="00AF7789">
            <w:pPr>
              <w:rPr>
                <w:rFonts w:hint="eastAsia"/>
              </w:rPr>
            </w:pPr>
            <w:r>
              <w:t>1832</w:t>
            </w:r>
          </w:p>
        </w:tc>
        <w:tc>
          <w:tcPr>
            <w:tcW w:w="1337" w:type="dxa"/>
          </w:tcPr>
          <w:p w14:paraId="2850FC4B" w14:textId="6E6B1348" w:rsidR="00061354" w:rsidRDefault="00061354" w:rsidP="00AF7789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43" w:type="dxa"/>
          </w:tcPr>
          <w:p w14:paraId="45EB8CE8" w14:textId="2F65D5CB" w:rsidR="00061354" w:rsidRDefault="00061354" w:rsidP="00AF7789">
            <w:pPr>
              <w:rPr>
                <w:rFonts w:hint="eastAsia"/>
              </w:rPr>
            </w:pPr>
            <w:r>
              <w:t>Palmkvist</w:t>
            </w:r>
          </w:p>
        </w:tc>
        <w:tc>
          <w:tcPr>
            <w:tcW w:w="1318" w:type="dxa"/>
          </w:tcPr>
          <w:p w14:paraId="78897AF1" w14:textId="22269CDB" w:rsidR="00061354" w:rsidRDefault="00061354" w:rsidP="00AF7789">
            <w:pPr>
              <w:rPr>
                <w:rFonts w:hint="eastAsia"/>
              </w:rPr>
            </w:pPr>
            <w:proofErr w:type="gramStart"/>
            <w:r>
              <w:t>450:-</w:t>
            </w:r>
            <w:proofErr w:type="gramEnd"/>
          </w:p>
        </w:tc>
        <w:tc>
          <w:tcPr>
            <w:tcW w:w="1502" w:type="dxa"/>
          </w:tcPr>
          <w:p w14:paraId="4D3E6783" w14:textId="3E5C3C80" w:rsidR="00061354" w:rsidRPr="00AA4D44" w:rsidRDefault="00061354" w:rsidP="00AF7789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48466D" w:rsidRPr="00FC4A08" w14:paraId="4027E613" w14:textId="77777777" w:rsidTr="003878DD">
        <w:tc>
          <w:tcPr>
            <w:tcW w:w="2168" w:type="dxa"/>
          </w:tcPr>
          <w:p w14:paraId="37BD6301" w14:textId="2E7EB2B5" w:rsidR="0048466D" w:rsidRDefault="00B61934" w:rsidP="00AF7789">
            <w:pPr>
              <w:rPr>
                <w:rFonts w:hint="eastAsia"/>
              </w:rPr>
            </w:pPr>
            <w:r>
              <w:t>¼ Skilling</w:t>
            </w:r>
          </w:p>
        </w:tc>
        <w:tc>
          <w:tcPr>
            <w:tcW w:w="1271" w:type="dxa"/>
          </w:tcPr>
          <w:p w14:paraId="778BFF97" w14:textId="5A4CFA4E" w:rsidR="0048466D" w:rsidRDefault="00B61934" w:rsidP="00AF7789">
            <w:pPr>
              <w:rPr>
                <w:rFonts w:hint="eastAsia"/>
              </w:rPr>
            </w:pPr>
            <w:r>
              <w:t>1833</w:t>
            </w:r>
          </w:p>
        </w:tc>
        <w:tc>
          <w:tcPr>
            <w:tcW w:w="1337" w:type="dxa"/>
          </w:tcPr>
          <w:p w14:paraId="50D94914" w14:textId="5839DEFE" w:rsidR="0048466D" w:rsidRDefault="00B61934" w:rsidP="00AF7789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43" w:type="dxa"/>
          </w:tcPr>
          <w:p w14:paraId="3AD55C9B" w14:textId="3EBD9D5E" w:rsidR="0048466D" w:rsidRDefault="00B61934" w:rsidP="00AF7789">
            <w:pPr>
              <w:rPr>
                <w:rFonts w:hint="eastAsia"/>
              </w:rPr>
            </w:pPr>
            <w:r>
              <w:t>Palmkvist</w:t>
            </w:r>
          </w:p>
        </w:tc>
        <w:tc>
          <w:tcPr>
            <w:tcW w:w="1318" w:type="dxa"/>
          </w:tcPr>
          <w:p w14:paraId="264E8612" w14:textId="6AF6B8BF" w:rsidR="0048466D" w:rsidRDefault="00B61934" w:rsidP="00AF7789">
            <w:pPr>
              <w:rPr>
                <w:rFonts w:hint="eastAsia"/>
              </w:rPr>
            </w:pPr>
            <w:proofErr w:type="gramStart"/>
            <w:r>
              <w:t>350:-</w:t>
            </w:r>
            <w:proofErr w:type="gramEnd"/>
          </w:p>
        </w:tc>
        <w:tc>
          <w:tcPr>
            <w:tcW w:w="1502" w:type="dxa"/>
          </w:tcPr>
          <w:p w14:paraId="2D7A1943" w14:textId="161A69A8" w:rsidR="0048466D" w:rsidRPr="00AA4D44" w:rsidRDefault="00B61934" w:rsidP="00AF7789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CD3379" w:rsidRPr="00FC4A08" w14:paraId="1E3BAD23" w14:textId="77777777" w:rsidTr="003878DD">
        <w:tc>
          <w:tcPr>
            <w:tcW w:w="2168" w:type="dxa"/>
          </w:tcPr>
          <w:p w14:paraId="573682E2" w14:textId="7BC22F17" w:rsidR="00CD3379" w:rsidRDefault="00CD3379" w:rsidP="00AF7789">
            <w:pPr>
              <w:rPr>
                <w:rFonts w:hint="eastAsia"/>
              </w:rPr>
            </w:pPr>
            <w:r>
              <w:t>1/6 Skilling</w:t>
            </w:r>
          </w:p>
        </w:tc>
        <w:tc>
          <w:tcPr>
            <w:tcW w:w="1271" w:type="dxa"/>
          </w:tcPr>
          <w:p w14:paraId="6147F396" w14:textId="285B130D" w:rsidR="00CD3379" w:rsidRDefault="00CD3379" w:rsidP="00AF7789">
            <w:pPr>
              <w:rPr>
                <w:rFonts w:hint="eastAsia"/>
              </w:rPr>
            </w:pPr>
            <w:r>
              <w:t>1832</w:t>
            </w:r>
          </w:p>
        </w:tc>
        <w:tc>
          <w:tcPr>
            <w:tcW w:w="1337" w:type="dxa"/>
          </w:tcPr>
          <w:p w14:paraId="2058B961" w14:textId="363D4792" w:rsidR="00CD3379" w:rsidRDefault="00CD3379" w:rsidP="00AF7789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43" w:type="dxa"/>
          </w:tcPr>
          <w:p w14:paraId="06CC89B2" w14:textId="2C8BD85C" w:rsidR="00CD3379" w:rsidRDefault="00CD3379" w:rsidP="00AF7789">
            <w:pPr>
              <w:rPr>
                <w:rFonts w:hint="eastAsia"/>
              </w:rPr>
            </w:pPr>
            <w:r>
              <w:t>Palmkvist</w:t>
            </w:r>
          </w:p>
        </w:tc>
        <w:tc>
          <w:tcPr>
            <w:tcW w:w="1318" w:type="dxa"/>
          </w:tcPr>
          <w:p w14:paraId="6FCB21C4" w14:textId="5BBFE18B" w:rsidR="00CD3379" w:rsidRDefault="00CD3379" w:rsidP="00AF7789">
            <w:pPr>
              <w:rPr>
                <w:rFonts w:hint="eastAsia"/>
              </w:rPr>
            </w:pPr>
            <w:proofErr w:type="gramStart"/>
            <w:r>
              <w:t>100:-</w:t>
            </w:r>
            <w:proofErr w:type="gramEnd"/>
          </w:p>
        </w:tc>
        <w:tc>
          <w:tcPr>
            <w:tcW w:w="1502" w:type="dxa"/>
          </w:tcPr>
          <w:p w14:paraId="5EDB4D91" w14:textId="6B3C66C3" w:rsidR="00CD3379" w:rsidRPr="00AA4D44" w:rsidRDefault="00CD3379" w:rsidP="00AF7789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5529D9" w:rsidRPr="00FC4A08" w14:paraId="7D39420A" w14:textId="77777777" w:rsidTr="003878DD">
        <w:tc>
          <w:tcPr>
            <w:tcW w:w="2168" w:type="dxa"/>
          </w:tcPr>
          <w:p w14:paraId="6A06390B" w14:textId="69445F31" w:rsidR="005529D9" w:rsidRDefault="005529D9" w:rsidP="00AF7789">
            <w:pPr>
              <w:rPr>
                <w:rFonts w:hint="eastAsia"/>
              </w:rPr>
            </w:pPr>
            <w:r>
              <w:t>1/6 Skilling</w:t>
            </w:r>
          </w:p>
        </w:tc>
        <w:tc>
          <w:tcPr>
            <w:tcW w:w="1271" w:type="dxa"/>
          </w:tcPr>
          <w:p w14:paraId="0BC740D4" w14:textId="273E4BB1" w:rsidR="005529D9" w:rsidRDefault="005529D9" w:rsidP="00AF7789">
            <w:pPr>
              <w:rPr>
                <w:rFonts w:hint="eastAsia"/>
              </w:rPr>
            </w:pPr>
            <w:r>
              <w:t>1832</w:t>
            </w:r>
          </w:p>
        </w:tc>
        <w:tc>
          <w:tcPr>
            <w:tcW w:w="1337" w:type="dxa"/>
          </w:tcPr>
          <w:p w14:paraId="760EB2B8" w14:textId="0F8C8E0F" w:rsidR="005529D9" w:rsidRDefault="005529D9" w:rsidP="00AF7789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2CEB3568" w14:textId="7398264A" w:rsidR="005529D9" w:rsidRDefault="005529D9" w:rsidP="00AF7789">
            <w:pPr>
              <w:rPr>
                <w:rFonts w:hint="eastAsia"/>
              </w:rPr>
            </w:pPr>
            <w:r>
              <w:t>Palmkvist</w:t>
            </w:r>
          </w:p>
        </w:tc>
        <w:tc>
          <w:tcPr>
            <w:tcW w:w="1318" w:type="dxa"/>
          </w:tcPr>
          <w:p w14:paraId="566C944C" w14:textId="5094628D" w:rsidR="005529D9" w:rsidRDefault="005529D9" w:rsidP="00AF7789">
            <w:pPr>
              <w:rPr>
                <w:rFonts w:hint="eastAsia"/>
              </w:rPr>
            </w:pPr>
            <w:proofErr w:type="gramStart"/>
            <w:r>
              <w:t>300:-</w:t>
            </w:r>
            <w:proofErr w:type="gramEnd"/>
          </w:p>
        </w:tc>
        <w:tc>
          <w:tcPr>
            <w:tcW w:w="1502" w:type="dxa"/>
          </w:tcPr>
          <w:p w14:paraId="1E820652" w14:textId="6795A638" w:rsidR="005529D9" w:rsidRPr="00AA4D44" w:rsidRDefault="005529D9" w:rsidP="00AF7789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CD3379" w:rsidRPr="00FC4A08" w14:paraId="745E85D9" w14:textId="77777777" w:rsidTr="003878DD">
        <w:tc>
          <w:tcPr>
            <w:tcW w:w="2168" w:type="dxa"/>
          </w:tcPr>
          <w:p w14:paraId="21B453CD" w14:textId="2D899B51" w:rsidR="00CD3379" w:rsidRDefault="00CD3379" w:rsidP="00AF7789">
            <w:pPr>
              <w:rPr>
                <w:rFonts w:hint="eastAsia"/>
              </w:rPr>
            </w:pPr>
            <w:r>
              <w:t>1 Skilling Banco</w:t>
            </w:r>
          </w:p>
        </w:tc>
        <w:tc>
          <w:tcPr>
            <w:tcW w:w="1271" w:type="dxa"/>
          </w:tcPr>
          <w:p w14:paraId="1DFFA7C8" w14:textId="212FE83F" w:rsidR="00CD3379" w:rsidRDefault="00CD3379" w:rsidP="00AF7789">
            <w:pPr>
              <w:rPr>
                <w:rFonts w:hint="eastAsia"/>
              </w:rPr>
            </w:pPr>
            <w:r>
              <w:t>1835</w:t>
            </w:r>
          </w:p>
        </w:tc>
        <w:tc>
          <w:tcPr>
            <w:tcW w:w="1337" w:type="dxa"/>
          </w:tcPr>
          <w:p w14:paraId="73D461FE" w14:textId="67EEF083" w:rsidR="00CD3379" w:rsidRDefault="00CD3379" w:rsidP="00AF7789">
            <w:pPr>
              <w:rPr>
                <w:rFonts w:hint="eastAsia"/>
              </w:rPr>
            </w:pPr>
            <w:proofErr w:type="gramStart"/>
            <w:r>
              <w:t>1?/</w:t>
            </w:r>
            <w:proofErr w:type="gramEnd"/>
            <w:r>
              <w:t>2</w:t>
            </w:r>
          </w:p>
        </w:tc>
        <w:tc>
          <w:tcPr>
            <w:tcW w:w="1443" w:type="dxa"/>
          </w:tcPr>
          <w:p w14:paraId="35C05246" w14:textId="1AED48FD" w:rsidR="00CD3379" w:rsidRDefault="005C4BA6" w:rsidP="00AF7789">
            <w:pPr>
              <w:rPr>
                <w:rFonts w:hint="eastAsia"/>
              </w:rPr>
            </w:pPr>
            <w:proofErr w:type="spellStart"/>
            <w:r>
              <w:t>Tät</w:t>
            </w:r>
            <w:proofErr w:type="spellEnd"/>
            <w:r>
              <w:t xml:space="preserve"> krans R</w:t>
            </w:r>
          </w:p>
        </w:tc>
        <w:tc>
          <w:tcPr>
            <w:tcW w:w="1318" w:type="dxa"/>
          </w:tcPr>
          <w:p w14:paraId="2E210ACB" w14:textId="74C511B2" w:rsidR="00CD3379" w:rsidRDefault="005C4BA6" w:rsidP="00AF7789">
            <w:pPr>
              <w:rPr>
                <w:rFonts w:hint="eastAsia"/>
              </w:rPr>
            </w:pPr>
            <w:proofErr w:type="gramStart"/>
            <w:r>
              <w:t>400:-</w:t>
            </w:r>
            <w:proofErr w:type="gramEnd"/>
          </w:p>
        </w:tc>
        <w:tc>
          <w:tcPr>
            <w:tcW w:w="1502" w:type="dxa"/>
          </w:tcPr>
          <w:p w14:paraId="44A7CC89" w14:textId="4744E04F" w:rsidR="00CD3379" w:rsidRPr="00AA4D44" w:rsidRDefault="005C4BA6" w:rsidP="00AF7789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5529D9" w:rsidRPr="00FC4A08" w14:paraId="508B017D" w14:textId="77777777" w:rsidTr="003878DD">
        <w:tc>
          <w:tcPr>
            <w:tcW w:w="2168" w:type="dxa"/>
          </w:tcPr>
          <w:p w14:paraId="4C7F95B8" w14:textId="5223BCC6" w:rsidR="005529D9" w:rsidRDefault="005529D9" w:rsidP="00AF7789">
            <w:pPr>
              <w:rPr>
                <w:rFonts w:hint="eastAsia"/>
              </w:rPr>
            </w:pPr>
            <w:r>
              <w:t>2/3 Skilling Banco</w:t>
            </w:r>
          </w:p>
        </w:tc>
        <w:tc>
          <w:tcPr>
            <w:tcW w:w="1271" w:type="dxa"/>
          </w:tcPr>
          <w:p w14:paraId="559F82E4" w14:textId="167D4334" w:rsidR="005529D9" w:rsidRDefault="00E417CC" w:rsidP="00AF7789">
            <w:pPr>
              <w:rPr>
                <w:rFonts w:hint="eastAsia"/>
              </w:rPr>
            </w:pPr>
            <w:r>
              <w:t>1839</w:t>
            </w:r>
          </w:p>
        </w:tc>
        <w:tc>
          <w:tcPr>
            <w:tcW w:w="1337" w:type="dxa"/>
          </w:tcPr>
          <w:p w14:paraId="636D56DE" w14:textId="203BB8D8" w:rsidR="005529D9" w:rsidRDefault="00E417CC" w:rsidP="00AF7789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74AA6E05" w14:textId="77777777" w:rsidR="005529D9" w:rsidRDefault="005529D9" w:rsidP="00AF7789">
            <w:pPr>
              <w:rPr>
                <w:rFonts w:hint="eastAsia"/>
              </w:rPr>
            </w:pPr>
          </w:p>
        </w:tc>
        <w:tc>
          <w:tcPr>
            <w:tcW w:w="1318" w:type="dxa"/>
          </w:tcPr>
          <w:p w14:paraId="494B9AD2" w14:textId="5BCE4B89" w:rsidR="005529D9" w:rsidRDefault="00E417CC" w:rsidP="00AF7789">
            <w:pPr>
              <w:rPr>
                <w:rFonts w:hint="eastAsia"/>
              </w:rPr>
            </w:pPr>
            <w:proofErr w:type="gramStart"/>
            <w:r>
              <w:t>1.000:-</w:t>
            </w:r>
            <w:proofErr w:type="gramEnd"/>
          </w:p>
        </w:tc>
        <w:tc>
          <w:tcPr>
            <w:tcW w:w="1502" w:type="dxa"/>
          </w:tcPr>
          <w:p w14:paraId="747F3E6E" w14:textId="1434A7F4" w:rsidR="005529D9" w:rsidRPr="00AA4D44" w:rsidRDefault="00E417CC" w:rsidP="00AF7789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5C4BA6" w:rsidRPr="00FC4A08" w14:paraId="5EA7D16C" w14:textId="77777777" w:rsidTr="003878DD">
        <w:tc>
          <w:tcPr>
            <w:tcW w:w="2168" w:type="dxa"/>
          </w:tcPr>
          <w:p w14:paraId="212A6629" w14:textId="7651B208" w:rsidR="005C4BA6" w:rsidRDefault="005C4BA6" w:rsidP="00AF7789">
            <w:pPr>
              <w:rPr>
                <w:rFonts w:hint="eastAsia"/>
              </w:rPr>
            </w:pPr>
            <w:r>
              <w:t>1/6 Skilling Banco</w:t>
            </w:r>
          </w:p>
        </w:tc>
        <w:tc>
          <w:tcPr>
            <w:tcW w:w="1271" w:type="dxa"/>
          </w:tcPr>
          <w:p w14:paraId="729DF893" w14:textId="21AEC813" w:rsidR="005C4BA6" w:rsidRDefault="005C4BA6" w:rsidP="00AF7789">
            <w:pPr>
              <w:rPr>
                <w:rFonts w:hint="eastAsia"/>
              </w:rPr>
            </w:pPr>
            <w:r>
              <w:t>1835</w:t>
            </w:r>
          </w:p>
        </w:tc>
        <w:tc>
          <w:tcPr>
            <w:tcW w:w="1337" w:type="dxa"/>
          </w:tcPr>
          <w:p w14:paraId="31561CC2" w14:textId="34FA6B51" w:rsidR="005C4BA6" w:rsidRDefault="005C4BA6" w:rsidP="00AF7789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443" w:type="dxa"/>
          </w:tcPr>
          <w:p w14:paraId="4F9A13F8" w14:textId="67EC98F4" w:rsidR="005C4BA6" w:rsidRDefault="005C4BA6" w:rsidP="00AF7789">
            <w:pPr>
              <w:rPr>
                <w:rFonts w:hint="eastAsia"/>
              </w:rPr>
            </w:pPr>
          </w:p>
        </w:tc>
        <w:tc>
          <w:tcPr>
            <w:tcW w:w="1318" w:type="dxa"/>
          </w:tcPr>
          <w:p w14:paraId="64FCF499" w14:textId="091ECFD5" w:rsidR="005C4BA6" w:rsidRDefault="00175E73" w:rsidP="00AF7789">
            <w:pPr>
              <w:rPr>
                <w:rFonts w:hint="eastAsia"/>
              </w:rPr>
            </w:pPr>
            <w:proofErr w:type="gramStart"/>
            <w:r>
              <w:t>175:-</w:t>
            </w:r>
            <w:proofErr w:type="gramEnd"/>
          </w:p>
        </w:tc>
        <w:tc>
          <w:tcPr>
            <w:tcW w:w="1502" w:type="dxa"/>
          </w:tcPr>
          <w:p w14:paraId="574073D0" w14:textId="7E17D7B2" w:rsidR="005C4BA6" w:rsidRPr="00AA4D44" w:rsidRDefault="00175E73" w:rsidP="00AF7789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175E73" w:rsidRPr="00FC4A08" w14:paraId="23339B60" w14:textId="77777777" w:rsidTr="003878DD">
        <w:tc>
          <w:tcPr>
            <w:tcW w:w="2168" w:type="dxa"/>
          </w:tcPr>
          <w:p w14:paraId="718E80BD" w14:textId="42DFAEC2" w:rsidR="00175E73" w:rsidRDefault="00175E73" w:rsidP="00AF7789">
            <w:pPr>
              <w:rPr>
                <w:rFonts w:hint="eastAsia"/>
              </w:rPr>
            </w:pPr>
            <w:r>
              <w:t>1/6 Skilling Banco</w:t>
            </w:r>
          </w:p>
        </w:tc>
        <w:tc>
          <w:tcPr>
            <w:tcW w:w="1271" w:type="dxa"/>
          </w:tcPr>
          <w:p w14:paraId="02EDCE4C" w14:textId="181217B8" w:rsidR="00175E73" w:rsidRDefault="00175E73" w:rsidP="00AF7789">
            <w:pPr>
              <w:rPr>
                <w:rFonts w:hint="eastAsia"/>
              </w:rPr>
            </w:pPr>
            <w:r>
              <w:t>1844</w:t>
            </w:r>
          </w:p>
        </w:tc>
        <w:tc>
          <w:tcPr>
            <w:tcW w:w="1337" w:type="dxa"/>
          </w:tcPr>
          <w:p w14:paraId="780FE1FE" w14:textId="0924B57B" w:rsidR="00175E73" w:rsidRDefault="00175E73" w:rsidP="00AF7789">
            <w:pPr>
              <w:rPr>
                <w:rFonts w:hint="eastAsia"/>
              </w:rPr>
            </w:pPr>
            <w:r>
              <w:t>1</w:t>
            </w:r>
          </w:p>
        </w:tc>
        <w:tc>
          <w:tcPr>
            <w:tcW w:w="1443" w:type="dxa"/>
          </w:tcPr>
          <w:p w14:paraId="145DC9CF" w14:textId="0AB11869" w:rsidR="00175E73" w:rsidRDefault="00C16A62" w:rsidP="00AF7789">
            <w:pPr>
              <w:rPr>
                <w:rFonts w:hint="eastAsia"/>
              </w:rPr>
            </w:pPr>
            <w:proofErr w:type="spellStart"/>
            <w:r>
              <w:t>Låg</w:t>
            </w:r>
            <w:proofErr w:type="spellEnd"/>
            <w:r>
              <w:t xml:space="preserve"> </w:t>
            </w:r>
            <w:proofErr w:type="spellStart"/>
            <w:r>
              <w:t>upplaga</w:t>
            </w:r>
            <w:proofErr w:type="spellEnd"/>
            <w:r>
              <w:t xml:space="preserve"> R</w:t>
            </w:r>
          </w:p>
        </w:tc>
        <w:tc>
          <w:tcPr>
            <w:tcW w:w="1318" w:type="dxa"/>
          </w:tcPr>
          <w:p w14:paraId="6D13D068" w14:textId="03069946" w:rsidR="00175E73" w:rsidRDefault="00C16A62" w:rsidP="00AF7789">
            <w:pPr>
              <w:rPr>
                <w:rFonts w:hint="eastAsia"/>
              </w:rPr>
            </w:pPr>
            <w:proofErr w:type="gramStart"/>
            <w:r>
              <w:t>600:-</w:t>
            </w:r>
            <w:proofErr w:type="gramEnd"/>
          </w:p>
        </w:tc>
        <w:tc>
          <w:tcPr>
            <w:tcW w:w="1502" w:type="dxa"/>
          </w:tcPr>
          <w:p w14:paraId="2C2F0731" w14:textId="2F32BB1E" w:rsidR="00175E73" w:rsidRPr="00AA4D44" w:rsidRDefault="00C16A62" w:rsidP="00AF7789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</w:tbl>
    <w:p w14:paraId="512C2269" w14:textId="77777777" w:rsidR="0050098D" w:rsidRPr="00FC4A08" w:rsidRDefault="0050098D">
      <w:pPr>
        <w:rPr>
          <w:rFonts w:hint="eastAsia"/>
          <w:lang w:val="sv-SE"/>
        </w:rPr>
      </w:pPr>
    </w:p>
    <w:p w14:paraId="25310903" w14:textId="77777777" w:rsidR="0050098D" w:rsidRDefault="00406940">
      <w:pPr>
        <w:pStyle w:val="Rubrik1"/>
      </w:pPr>
      <w:r>
        <w:t>Oscar I (1844–1859)</w:t>
      </w:r>
    </w:p>
    <w:tbl>
      <w:tblPr>
        <w:tblStyle w:val="Tabellrutnt"/>
        <w:tblW w:w="9528" w:type="dxa"/>
        <w:tblLook w:val="04A0" w:firstRow="1" w:lastRow="0" w:firstColumn="1" w:lastColumn="0" w:noHBand="0" w:noVBand="1"/>
      </w:tblPr>
      <w:tblGrid>
        <w:gridCol w:w="1425"/>
        <w:gridCol w:w="1399"/>
        <w:gridCol w:w="1415"/>
        <w:gridCol w:w="1805"/>
        <w:gridCol w:w="1402"/>
        <w:gridCol w:w="2082"/>
      </w:tblGrid>
      <w:tr w:rsidR="0050098D" w14:paraId="07EA19B4" w14:textId="77777777" w:rsidTr="0092043B">
        <w:tc>
          <w:tcPr>
            <w:tcW w:w="1425" w:type="dxa"/>
          </w:tcPr>
          <w:p w14:paraId="65337D06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399" w:type="dxa"/>
          </w:tcPr>
          <w:p w14:paraId="03502D38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15" w:type="dxa"/>
          </w:tcPr>
          <w:p w14:paraId="35E36F3F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805" w:type="dxa"/>
          </w:tcPr>
          <w:p w14:paraId="712F9CAD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02" w:type="dxa"/>
          </w:tcPr>
          <w:p w14:paraId="4A9A930E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2082" w:type="dxa"/>
          </w:tcPr>
          <w:p w14:paraId="270863D1" w14:textId="7AB837C7" w:rsidR="0050098D" w:rsidRDefault="008768C5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C16A62" w14:paraId="6AC39FDC" w14:textId="77777777" w:rsidTr="0092043B">
        <w:trPr>
          <w:trHeight w:val="411"/>
        </w:trPr>
        <w:tc>
          <w:tcPr>
            <w:tcW w:w="1425" w:type="dxa"/>
          </w:tcPr>
          <w:p w14:paraId="19FDF8CA" w14:textId="7553AB26" w:rsidR="00C16A62" w:rsidRDefault="00C16A62">
            <w:pPr>
              <w:rPr>
                <w:rFonts w:hint="eastAsia"/>
              </w:rPr>
            </w:pPr>
            <w:r>
              <w:t xml:space="preserve">1/16 Riksdaler </w:t>
            </w:r>
            <w:proofErr w:type="spellStart"/>
            <w:r>
              <w:t>Sp</w:t>
            </w:r>
            <w:proofErr w:type="spellEnd"/>
          </w:p>
        </w:tc>
        <w:tc>
          <w:tcPr>
            <w:tcW w:w="1399" w:type="dxa"/>
          </w:tcPr>
          <w:p w14:paraId="3F3E27F0" w14:textId="65FD1035" w:rsidR="00C16A62" w:rsidRDefault="00C16A62">
            <w:pPr>
              <w:rPr>
                <w:rFonts w:hint="eastAsia"/>
              </w:rPr>
            </w:pPr>
            <w:r>
              <w:t>1855</w:t>
            </w:r>
          </w:p>
        </w:tc>
        <w:tc>
          <w:tcPr>
            <w:tcW w:w="1415" w:type="dxa"/>
          </w:tcPr>
          <w:p w14:paraId="4E8EF1C3" w14:textId="614BB5F1" w:rsidR="00C16A62" w:rsidRDefault="00C16A62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805" w:type="dxa"/>
          </w:tcPr>
          <w:p w14:paraId="5CDD9BEE" w14:textId="77777777" w:rsidR="00C16A62" w:rsidRDefault="00C16A62">
            <w:pPr>
              <w:rPr>
                <w:rFonts w:hint="eastAsia"/>
              </w:rPr>
            </w:pPr>
          </w:p>
        </w:tc>
        <w:tc>
          <w:tcPr>
            <w:tcW w:w="1402" w:type="dxa"/>
          </w:tcPr>
          <w:p w14:paraId="3CB3EE59" w14:textId="2367868F" w:rsidR="00C16A62" w:rsidRDefault="00C16A62">
            <w:pPr>
              <w:rPr>
                <w:rFonts w:hint="eastAsia"/>
              </w:rPr>
            </w:pPr>
            <w:proofErr w:type="gramStart"/>
            <w:r>
              <w:t>400:-</w:t>
            </w:r>
            <w:proofErr w:type="gramEnd"/>
          </w:p>
        </w:tc>
        <w:tc>
          <w:tcPr>
            <w:tcW w:w="2082" w:type="dxa"/>
          </w:tcPr>
          <w:p w14:paraId="5DCBB3F5" w14:textId="2556BA83" w:rsidR="00C16A62" w:rsidRDefault="00D101D1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E311C" w14:paraId="26781BDD" w14:textId="77777777" w:rsidTr="0092043B">
        <w:trPr>
          <w:trHeight w:val="411"/>
        </w:trPr>
        <w:tc>
          <w:tcPr>
            <w:tcW w:w="1425" w:type="dxa"/>
          </w:tcPr>
          <w:p w14:paraId="157547D8" w14:textId="431049AC" w:rsidR="000E311C" w:rsidRDefault="000E311C" w:rsidP="000E311C">
            <w:pPr>
              <w:rPr>
                <w:rFonts w:hint="eastAsia"/>
              </w:rPr>
            </w:pPr>
            <w:r>
              <w:t xml:space="preserve">1/16 Rd </w:t>
            </w:r>
            <w:proofErr w:type="spellStart"/>
            <w:r>
              <w:t>Sp</w:t>
            </w:r>
            <w:proofErr w:type="spellEnd"/>
          </w:p>
        </w:tc>
        <w:tc>
          <w:tcPr>
            <w:tcW w:w="1399" w:type="dxa"/>
          </w:tcPr>
          <w:p w14:paraId="4F51DF7E" w14:textId="3C753935" w:rsidR="000E311C" w:rsidRDefault="000E311C" w:rsidP="000E311C">
            <w:pPr>
              <w:rPr>
                <w:rFonts w:hint="eastAsia"/>
              </w:rPr>
            </w:pPr>
            <w:r>
              <w:t>1849</w:t>
            </w:r>
          </w:p>
        </w:tc>
        <w:tc>
          <w:tcPr>
            <w:tcW w:w="1415" w:type="dxa"/>
          </w:tcPr>
          <w:p w14:paraId="12F7BD31" w14:textId="12DBDF03" w:rsidR="000E311C" w:rsidRDefault="000E311C" w:rsidP="000E311C">
            <w:pPr>
              <w:rPr>
                <w:rFonts w:hint="eastAsia"/>
              </w:rPr>
            </w:pPr>
            <w:r>
              <w:t>1?</w:t>
            </w:r>
          </w:p>
        </w:tc>
        <w:tc>
          <w:tcPr>
            <w:tcW w:w="1805" w:type="dxa"/>
          </w:tcPr>
          <w:p w14:paraId="4521C12A" w14:textId="6666F9C4" w:rsidR="000E311C" w:rsidRDefault="000E311C" w:rsidP="000E311C">
            <w:pPr>
              <w:rPr>
                <w:rFonts w:hint="eastAsia"/>
              </w:rPr>
            </w:pPr>
            <w:r>
              <w:t xml:space="preserve">RRR = 5 </w:t>
            </w:r>
            <w:proofErr w:type="spellStart"/>
            <w:r>
              <w:t>kända</w:t>
            </w:r>
            <w:proofErr w:type="spellEnd"/>
            <w:r>
              <w:t xml:space="preserve"> exemplar</w:t>
            </w:r>
          </w:p>
        </w:tc>
        <w:tc>
          <w:tcPr>
            <w:tcW w:w="1402" w:type="dxa"/>
          </w:tcPr>
          <w:p w14:paraId="3AFC4339" w14:textId="13564506" w:rsidR="000E311C" w:rsidRDefault="000E311C" w:rsidP="000E311C">
            <w:pPr>
              <w:rPr>
                <w:rFonts w:hint="eastAsia"/>
              </w:rPr>
            </w:pPr>
            <w:r>
              <w:t>10.000 SEK</w:t>
            </w:r>
          </w:p>
        </w:tc>
        <w:tc>
          <w:tcPr>
            <w:tcW w:w="2082" w:type="dxa"/>
          </w:tcPr>
          <w:p w14:paraId="7AABA8D0" w14:textId="2A85BF0E" w:rsidR="000E311C" w:rsidRPr="00AA4D44" w:rsidRDefault="000E311C" w:rsidP="000E311C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E311C" w14:paraId="4EE75D31" w14:textId="77777777" w:rsidTr="0092043B">
        <w:trPr>
          <w:trHeight w:val="411"/>
        </w:trPr>
        <w:tc>
          <w:tcPr>
            <w:tcW w:w="1425" w:type="dxa"/>
          </w:tcPr>
          <w:p w14:paraId="5437B103" w14:textId="533324B1" w:rsidR="000E311C" w:rsidRDefault="000E311C" w:rsidP="000E311C">
            <w:pPr>
              <w:rPr>
                <w:rFonts w:hint="eastAsia"/>
              </w:rPr>
            </w:pPr>
            <w:r>
              <w:t>1/32 Rd Sp.</w:t>
            </w:r>
          </w:p>
        </w:tc>
        <w:tc>
          <w:tcPr>
            <w:tcW w:w="1399" w:type="dxa"/>
          </w:tcPr>
          <w:p w14:paraId="778E9701" w14:textId="2363994D" w:rsidR="000E311C" w:rsidRDefault="000E311C" w:rsidP="000E311C">
            <w:pPr>
              <w:rPr>
                <w:rFonts w:hint="eastAsia"/>
              </w:rPr>
            </w:pPr>
            <w:r>
              <w:t>1852</w:t>
            </w:r>
          </w:p>
        </w:tc>
        <w:tc>
          <w:tcPr>
            <w:tcW w:w="1415" w:type="dxa"/>
          </w:tcPr>
          <w:p w14:paraId="3443F62D" w14:textId="46B21D27" w:rsidR="000E311C" w:rsidRDefault="000E311C" w:rsidP="000E311C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805" w:type="dxa"/>
          </w:tcPr>
          <w:p w14:paraId="2E47FD15" w14:textId="1C213CA7" w:rsidR="000E311C" w:rsidRDefault="000E311C" w:rsidP="000E311C">
            <w:pPr>
              <w:rPr>
                <w:rFonts w:hint="eastAsia"/>
              </w:rPr>
            </w:pPr>
          </w:p>
        </w:tc>
        <w:tc>
          <w:tcPr>
            <w:tcW w:w="1402" w:type="dxa"/>
          </w:tcPr>
          <w:p w14:paraId="1AC4D537" w14:textId="596AC431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350:-</w:t>
            </w:r>
            <w:proofErr w:type="gramEnd"/>
          </w:p>
        </w:tc>
        <w:tc>
          <w:tcPr>
            <w:tcW w:w="2082" w:type="dxa"/>
          </w:tcPr>
          <w:p w14:paraId="0C345681" w14:textId="19D468D7" w:rsidR="000E311C" w:rsidRPr="00AA4D44" w:rsidRDefault="000E311C" w:rsidP="000E311C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E311C" w:rsidRPr="00FC4A08" w14:paraId="01D9E9F3" w14:textId="77777777" w:rsidTr="0092043B">
        <w:tc>
          <w:tcPr>
            <w:tcW w:w="1425" w:type="dxa"/>
          </w:tcPr>
          <w:p w14:paraId="004A27B1" w14:textId="1194AA67" w:rsidR="000E311C" w:rsidRDefault="000E311C" w:rsidP="000E311C">
            <w:pPr>
              <w:jc w:val="center"/>
              <w:rPr>
                <w:rFonts w:hint="eastAsia"/>
              </w:rPr>
            </w:pPr>
            <w:r>
              <w:t>4 Skilling Banco</w:t>
            </w:r>
          </w:p>
        </w:tc>
        <w:tc>
          <w:tcPr>
            <w:tcW w:w="1399" w:type="dxa"/>
          </w:tcPr>
          <w:p w14:paraId="37E15365" w14:textId="3664926A" w:rsidR="000E311C" w:rsidRDefault="000E311C" w:rsidP="000E311C">
            <w:pPr>
              <w:rPr>
                <w:rFonts w:hint="eastAsia"/>
              </w:rPr>
            </w:pPr>
            <w:r>
              <w:t>1849</w:t>
            </w:r>
          </w:p>
        </w:tc>
        <w:tc>
          <w:tcPr>
            <w:tcW w:w="1415" w:type="dxa"/>
          </w:tcPr>
          <w:p w14:paraId="5A4915F8" w14:textId="1B6113F0" w:rsidR="000E311C" w:rsidRDefault="000E311C" w:rsidP="000E311C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805" w:type="dxa"/>
          </w:tcPr>
          <w:p w14:paraId="40DCAFDF" w14:textId="77777777" w:rsidR="000E311C" w:rsidRDefault="000E311C" w:rsidP="000E311C">
            <w:pPr>
              <w:rPr>
                <w:rFonts w:hint="eastAsia"/>
              </w:rPr>
            </w:pPr>
          </w:p>
        </w:tc>
        <w:tc>
          <w:tcPr>
            <w:tcW w:w="1402" w:type="dxa"/>
          </w:tcPr>
          <w:p w14:paraId="6D53E39D" w14:textId="2180B969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300:-</w:t>
            </w:r>
            <w:proofErr w:type="gramEnd"/>
          </w:p>
        </w:tc>
        <w:tc>
          <w:tcPr>
            <w:tcW w:w="2082" w:type="dxa"/>
          </w:tcPr>
          <w:p w14:paraId="464FE390" w14:textId="6255B879" w:rsidR="000E311C" w:rsidRDefault="000E311C" w:rsidP="000E311C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E311C" w:rsidRPr="00FC4A08" w14:paraId="261BF1BC" w14:textId="77777777" w:rsidTr="0092043B">
        <w:tc>
          <w:tcPr>
            <w:tcW w:w="1425" w:type="dxa"/>
          </w:tcPr>
          <w:p w14:paraId="527DC012" w14:textId="1C272E90" w:rsidR="000E311C" w:rsidRDefault="000E311C" w:rsidP="000E311C">
            <w:pPr>
              <w:jc w:val="center"/>
              <w:rPr>
                <w:rFonts w:hint="eastAsia"/>
              </w:rPr>
            </w:pPr>
            <w:r>
              <w:t>1 Skilling Banco</w:t>
            </w:r>
          </w:p>
        </w:tc>
        <w:tc>
          <w:tcPr>
            <w:tcW w:w="1399" w:type="dxa"/>
          </w:tcPr>
          <w:p w14:paraId="3D3E6076" w14:textId="703F14F9" w:rsidR="000E311C" w:rsidRDefault="000E311C" w:rsidP="000E311C">
            <w:pPr>
              <w:rPr>
                <w:rFonts w:hint="eastAsia"/>
              </w:rPr>
            </w:pPr>
            <w:r>
              <w:t>1847</w:t>
            </w:r>
          </w:p>
        </w:tc>
        <w:tc>
          <w:tcPr>
            <w:tcW w:w="1415" w:type="dxa"/>
          </w:tcPr>
          <w:p w14:paraId="1D075441" w14:textId="10BDC9FE" w:rsidR="000E311C" w:rsidRDefault="000E311C" w:rsidP="000E311C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805" w:type="dxa"/>
          </w:tcPr>
          <w:p w14:paraId="3D37FCBB" w14:textId="77777777" w:rsidR="000E311C" w:rsidRDefault="000E311C" w:rsidP="000E311C">
            <w:pPr>
              <w:rPr>
                <w:rFonts w:hint="eastAsia"/>
              </w:rPr>
            </w:pPr>
          </w:p>
        </w:tc>
        <w:tc>
          <w:tcPr>
            <w:tcW w:w="1402" w:type="dxa"/>
          </w:tcPr>
          <w:p w14:paraId="27E777D6" w14:textId="1F3B786D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250:-</w:t>
            </w:r>
            <w:proofErr w:type="gramEnd"/>
          </w:p>
        </w:tc>
        <w:tc>
          <w:tcPr>
            <w:tcW w:w="2082" w:type="dxa"/>
          </w:tcPr>
          <w:p w14:paraId="75ED27C7" w14:textId="4787B3F5" w:rsidR="000E311C" w:rsidRPr="00AA4D44" w:rsidRDefault="000E311C" w:rsidP="000E311C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E311C" w:rsidRPr="00FC4A08" w14:paraId="4BC60A55" w14:textId="77777777" w:rsidTr="0092043B">
        <w:tc>
          <w:tcPr>
            <w:tcW w:w="1425" w:type="dxa"/>
          </w:tcPr>
          <w:p w14:paraId="0AB37997" w14:textId="6E8C6CBA" w:rsidR="000E311C" w:rsidRDefault="000E311C" w:rsidP="000E311C">
            <w:pPr>
              <w:jc w:val="center"/>
              <w:rPr>
                <w:rFonts w:hint="eastAsia"/>
              </w:rPr>
            </w:pPr>
            <w:r>
              <w:t>2/3 Skilling Banco</w:t>
            </w:r>
          </w:p>
        </w:tc>
        <w:tc>
          <w:tcPr>
            <w:tcW w:w="1399" w:type="dxa"/>
          </w:tcPr>
          <w:p w14:paraId="224C4E6E" w14:textId="02DAD68E" w:rsidR="000E311C" w:rsidRDefault="000E311C" w:rsidP="000E311C">
            <w:pPr>
              <w:rPr>
                <w:rFonts w:hint="eastAsia"/>
              </w:rPr>
            </w:pPr>
            <w:r>
              <w:t>1849</w:t>
            </w:r>
          </w:p>
        </w:tc>
        <w:tc>
          <w:tcPr>
            <w:tcW w:w="1415" w:type="dxa"/>
          </w:tcPr>
          <w:p w14:paraId="64698AC1" w14:textId="298216C4" w:rsidR="000E311C" w:rsidRDefault="000E311C" w:rsidP="000E311C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805" w:type="dxa"/>
          </w:tcPr>
          <w:p w14:paraId="3FFD022D" w14:textId="0E2D6F94" w:rsidR="000E311C" w:rsidRDefault="000E311C" w:rsidP="000E311C">
            <w:pPr>
              <w:rPr>
                <w:rFonts w:hint="eastAsia"/>
              </w:rPr>
            </w:pPr>
            <w:r>
              <w:t xml:space="preserve">1849 </w:t>
            </w:r>
            <w:proofErr w:type="spellStart"/>
            <w:r>
              <w:t>på</w:t>
            </w:r>
            <w:proofErr w:type="spellEnd"/>
            <w:r>
              <w:t xml:space="preserve"> 1844</w:t>
            </w:r>
          </w:p>
        </w:tc>
        <w:tc>
          <w:tcPr>
            <w:tcW w:w="1402" w:type="dxa"/>
          </w:tcPr>
          <w:p w14:paraId="6849600C" w14:textId="11AC17EA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700:-</w:t>
            </w:r>
            <w:proofErr w:type="gramEnd"/>
          </w:p>
        </w:tc>
        <w:tc>
          <w:tcPr>
            <w:tcW w:w="2082" w:type="dxa"/>
          </w:tcPr>
          <w:p w14:paraId="61F6952F" w14:textId="121E1FDC" w:rsidR="000E311C" w:rsidRPr="00AA4D44" w:rsidRDefault="000E311C" w:rsidP="000E311C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E311C" w:rsidRPr="00FC4A08" w14:paraId="1EA96A07" w14:textId="77777777" w:rsidTr="0092043B">
        <w:tc>
          <w:tcPr>
            <w:tcW w:w="1425" w:type="dxa"/>
          </w:tcPr>
          <w:p w14:paraId="428DF29A" w14:textId="3B7FB67F" w:rsidR="000E311C" w:rsidRDefault="000E311C" w:rsidP="000E311C">
            <w:pPr>
              <w:jc w:val="center"/>
              <w:rPr>
                <w:rFonts w:hint="eastAsia"/>
              </w:rPr>
            </w:pPr>
            <w:r>
              <w:t>2/3 Skilling Banco</w:t>
            </w:r>
          </w:p>
        </w:tc>
        <w:tc>
          <w:tcPr>
            <w:tcW w:w="1399" w:type="dxa"/>
          </w:tcPr>
          <w:p w14:paraId="5AA0E3D9" w14:textId="14A4EAAE" w:rsidR="000E311C" w:rsidRDefault="000E311C" w:rsidP="000E311C">
            <w:pPr>
              <w:rPr>
                <w:rFonts w:hint="eastAsia"/>
              </w:rPr>
            </w:pPr>
            <w:r>
              <w:t>1849</w:t>
            </w:r>
          </w:p>
        </w:tc>
        <w:tc>
          <w:tcPr>
            <w:tcW w:w="1415" w:type="dxa"/>
          </w:tcPr>
          <w:p w14:paraId="6951D6DE" w14:textId="03C7D476" w:rsidR="000E311C" w:rsidRDefault="000E311C" w:rsidP="000E311C">
            <w:pPr>
              <w:rPr>
                <w:rFonts w:hint="eastAsia"/>
              </w:rPr>
            </w:pPr>
            <w:r>
              <w:t>01/0</w:t>
            </w:r>
          </w:p>
        </w:tc>
        <w:tc>
          <w:tcPr>
            <w:tcW w:w="1805" w:type="dxa"/>
          </w:tcPr>
          <w:p w14:paraId="03ACF717" w14:textId="022BE5ED" w:rsidR="000E311C" w:rsidRDefault="000E311C" w:rsidP="000E311C">
            <w:pPr>
              <w:rPr>
                <w:rFonts w:hint="eastAsia"/>
              </w:rPr>
            </w:pPr>
            <w:r>
              <w:t xml:space="preserve">Full </w:t>
            </w:r>
            <w:proofErr w:type="spellStart"/>
            <w:r>
              <w:t>kopparlyster</w:t>
            </w:r>
            <w:proofErr w:type="spellEnd"/>
            <w:r>
              <w:t xml:space="preserve"> </w:t>
            </w:r>
            <w:proofErr w:type="spellStart"/>
            <w:r>
              <w:t>kvar</w:t>
            </w:r>
            <w:proofErr w:type="spellEnd"/>
          </w:p>
        </w:tc>
        <w:tc>
          <w:tcPr>
            <w:tcW w:w="1402" w:type="dxa"/>
          </w:tcPr>
          <w:p w14:paraId="1D8FEB2C" w14:textId="67A7E76C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3.000:-</w:t>
            </w:r>
            <w:proofErr w:type="gramEnd"/>
          </w:p>
        </w:tc>
        <w:tc>
          <w:tcPr>
            <w:tcW w:w="2082" w:type="dxa"/>
          </w:tcPr>
          <w:p w14:paraId="353DCB34" w14:textId="0D200E25" w:rsidR="000E311C" w:rsidRDefault="000E311C" w:rsidP="000E311C">
            <w:pPr>
              <w:rPr>
                <w:rFonts w:hint="eastAsia"/>
                <w:lang w:val="sv-SE"/>
              </w:rPr>
            </w:pPr>
            <w:hyperlink r:id="rId22" w:history="1">
              <w:r w:rsidRPr="00A5271B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0E311C" w:rsidRPr="00FC4A08" w14:paraId="38797260" w14:textId="77777777" w:rsidTr="0092043B">
        <w:tc>
          <w:tcPr>
            <w:tcW w:w="1425" w:type="dxa"/>
          </w:tcPr>
          <w:p w14:paraId="25AF9684" w14:textId="4A7B9FBF" w:rsidR="000E311C" w:rsidRDefault="000E311C" w:rsidP="000E311C">
            <w:pPr>
              <w:jc w:val="center"/>
              <w:rPr>
                <w:rFonts w:hint="eastAsia"/>
              </w:rPr>
            </w:pPr>
            <w:r>
              <w:t>1/3 Skilling Banco</w:t>
            </w:r>
          </w:p>
        </w:tc>
        <w:tc>
          <w:tcPr>
            <w:tcW w:w="1399" w:type="dxa"/>
          </w:tcPr>
          <w:p w14:paraId="5C2E14ED" w14:textId="713FC338" w:rsidR="000E311C" w:rsidRDefault="000E311C" w:rsidP="000E311C">
            <w:pPr>
              <w:rPr>
                <w:rFonts w:hint="eastAsia"/>
              </w:rPr>
            </w:pPr>
            <w:r>
              <w:t>1848</w:t>
            </w:r>
          </w:p>
        </w:tc>
        <w:tc>
          <w:tcPr>
            <w:tcW w:w="1415" w:type="dxa"/>
          </w:tcPr>
          <w:p w14:paraId="6EE5B32B" w14:textId="52DFE12C" w:rsidR="000E311C" w:rsidRDefault="000E311C" w:rsidP="000E311C">
            <w:pPr>
              <w:rPr>
                <w:rFonts w:hint="eastAsia"/>
              </w:rPr>
            </w:pPr>
            <w:r>
              <w:t>01/0</w:t>
            </w:r>
          </w:p>
        </w:tc>
        <w:tc>
          <w:tcPr>
            <w:tcW w:w="1805" w:type="dxa"/>
          </w:tcPr>
          <w:p w14:paraId="7D17681C" w14:textId="79C0F651" w:rsidR="000E311C" w:rsidRDefault="000E311C" w:rsidP="000E311C">
            <w:pPr>
              <w:rPr>
                <w:rFonts w:hint="eastAsia"/>
              </w:rPr>
            </w:pPr>
            <w:r>
              <w:t xml:space="preserve">Full </w:t>
            </w:r>
            <w:proofErr w:type="spellStart"/>
            <w:r>
              <w:t>kopparlyster</w:t>
            </w:r>
            <w:proofErr w:type="spellEnd"/>
            <w:r>
              <w:t xml:space="preserve"> </w:t>
            </w:r>
            <w:proofErr w:type="spellStart"/>
            <w:r>
              <w:t>kvar</w:t>
            </w:r>
            <w:proofErr w:type="spellEnd"/>
          </w:p>
        </w:tc>
        <w:tc>
          <w:tcPr>
            <w:tcW w:w="1402" w:type="dxa"/>
          </w:tcPr>
          <w:p w14:paraId="0602052B" w14:textId="7FF1A2E9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1.250:-</w:t>
            </w:r>
            <w:proofErr w:type="gramEnd"/>
          </w:p>
        </w:tc>
        <w:tc>
          <w:tcPr>
            <w:tcW w:w="2082" w:type="dxa"/>
          </w:tcPr>
          <w:p w14:paraId="168CF400" w14:textId="5E4926BC" w:rsidR="000E311C" w:rsidRDefault="000E311C" w:rsidP="000E311C">
            <w:pPr>
              <w:rPr>
                <w:rFonts w:hint="eastAsia"/>
                <w:lang w:val="sv-SE"/>
              </w:rPr>
            </w:pPr>
            <w:hyperlink r:id="rId23" w:history="1">
              <w:r w:rsidRPr="00A5271B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0E311C" w:rsidRPr="00FC4A08" w14:paraId="43FA8C65" w14:textId="77777777" w:rsidTr="0092043B">
        <w:tc>
          <w:tcPr>
            <w:tcW w:w="1425" w:type="dxa"/>
          </w:tcPr>
          <w:p w14:paraId="33714711" w14:textId="76462465" w:rsidR="000E311C" w:rsidRDefault="000E311C" w:rsidP="000E311C">
            <w:pPr>
              <w:jc w:val="center"/>
              <w:rPr>
                <w:rFonts w:hint="eastAsia"/>
              </w:rPr>
            </w:pPr>
            <w:r>
              <w:lastRenderedPageBreak/>
              <w:t>1/3 Skilling Banco</w:t>
            </w:r>
          </w:p>
        </w:tc>
        <w:tc>
          <w:tcPr>
            <w:tcW w:w="1399" w:type="dxa"/>
          </w:tcPr>
          <w:p w14:paraId="1BC01871" w14:textId="302B4A58" w:rsidR="000E311C" w:rsidRDefault="000E311C" w:rsidP="000E311C">
            <w:pPr>
              <w:rPr>
                <w:rFonts w:hint="eastAsia"/>
              </w:rPr>
            </w:pPr>
            <w:r>
              <w:t>1848</w:t>
            </w:r>
          </w:p>
        </w:tc>
        <w:tc>
          <w:tcPr>
            <w:tcW w:w="1415" w:type="dxa"/>
          </w:tcPr>
          <w:p w14:paraId="3376628C" w14:textId="3617C8F4" w:rsidR="000E311C" w:rsidRDefault="000E311C" w:rsidP="000E311C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805" w:type="dxa"/>
          </w:tcPr>
          <w:p w14:paraId="5FAF50E0" w14:textId="77777777" w:rsidR="000E311C" w:rsidRDefault="000E311C" w:rsidP="000E311C">
            <w:pPr>
              <w:rPr>
                <w:rFonts w:hint="eastAsia"/>
              </w:rPr>
            </w:pPr>
          </w:p>
        </w:tc>
        <w:tc>
          <w:tcPr>
            <w:tcW w:w="1402" w:type="dxa"/>
          </w:tcPr>
          <w:p w14:paraId="63BE8E2B" w14:textId="5BF80E12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350:-</w:t>
            </w:r>
            <w:proofErr w:type="gramEnd"/>
          </w:p>
        </w:tc>
        <w:tc>
          <w:tcPr>
            <w:tcW w:w="2082" w:type="dxa"/>
          </w:tcPr>
          <w:p w14:paraId="2060FDEF" w14:textId="5640A54D" w:rsidR="000E311C" w:rsidRDefault="000E311C" w:rsidP="000E311C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E311C" w:rsidRPr="00FC4A08" w14:paraId="4A907118" w14:textId="77777777" w:rsidTr="0092043B">
        <w:tc>
          <w:tcPr>
            <w:tcW w:w="1425" w:type="dxa"/>
          </w:tcPr>
          <w:p w14:paraId="7E25EA5D" w14:textId="0227BF81" w:rsidR="000E311C" w:rsidRDefault="000E311C" w:rsidP="000E311C">
            <w:pPr>
              <w:jc w:val="center"/>
              <w:rPr>
                <w:rFonts w:hint="eastAsia"/>
              </w:rPr>
            </w:pPr>
            <w:r>
              <w:t>1/6 Skilling Banco</w:t>
            </w:r>
          </w:p>
        </w:tc>
        <w:tc>
          <w:tcPr>
            <w:tcW w:w="1399" w:type="dxa"/>
          </w:tcPr>
          <w:p w14:paraId="0F9CF0CB" w14:textId="41A790C3" w:rsidR="000E311C" w:rsidRDefault="000E311C" w:rsidP="000E311C">
            <w:pPr>
              <w:rPr>
                <w:rFonts w:hint="eastAsia"/>
              </w:rPr>
            </w:pPr>
            <w:r>
              <w:t>1851</w:t>
            </w:r>
          </w:p>
        </w:tc>
        <w:tc>
          <w:tcPr>
            <w:tcW w:w="1415" w:type="dxa"/>
          </w:tcPr>
          <w:p w14:paraId="12CE4ABB" w14:textId="6AD3152E" w:rsidR="000E311C" w:rsidRDefault="000E311C" w:rsidP="000E311C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805" w:type="dxa"/>
          </w:tcPr>
          <w:p w14:paraId="0F159724" w14:textId="77777777" w:rsidR="000E311C" w:rsidRDefault="000E311C" w:rsidP="000E311C">
            <w:pPr>
              <w:rPr>
                <w:rFonts w:hint="eastAsia"/>
              </w:rPr>
            </w:pPr>
          </w:p>
        </w:tc>
        <w:tc>
          <w:tcPr>
            <w:tcW w:w="1402" w:type="dxa"/>
          </w:tcPr>
          <w:p w14:paraId="4A540430" w14:textId="7349F6B0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200:-</w:t>
            </w:r>
            <w:proofErr w:type="gramEnd"/>
          </w:p>
        </w:tc>
        <w:tc>
          <w:tcPr>
            <w:tcW w:w="2082" w:type="dxa"/>
          </w:tcPr>
          <w:p w14:paraId="1431838D" w14:textId="7789BB70" w:rsidR="000E311C" w:rsidRPr="00AA4D44" w:rsidRDefault="000E311C" w:rsidP="000E311C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E311C" w:rsidRPr="00FC4A08" w14:paraId="6F5D7481" w14:textId="77777777" w:rsidTr="0092043B">
        <w:tc>
          <w:tcPr>
            <w:tcW w:w="1425" w:type="dxa"/>
          </w:tcPr>
          <w:p w14:paraId="6E5C83FA" w14:textId="3498F401" w:rsidR="000E311C" w:rsidRDefault="000E311C" w:rsidP="000E311C">
            <w:pPr>
              <w:jc w:val="center"/>
              <w:rPr>
                <w:rFonts w:hint="eastAsia"/>
              </w:rPr>
            </w:pPr>
            <w:r>
              <w:t xml:space="preserve">50 </w:t>
            </w:r>
            <w:proofErr w:type="spellStart"/>
            <w:r>
              <w:t>öre</w:t>
            </w:r>
            <w:proofErr w:type="spellEnd"/>
          </w:p>
        </w:tc>
        <w:tc>
          <w:tcPr>
            <w:tcW w:w="1399" w:type="dxa"/>
          </w:tcPr>
          <w:p w14:paraId="6E400DB8" w14:textId="1129E082" w:rsidR="000E311C" w:rsidRDefault="000E311C" w:rsidP="000E311C">
            <w:pPr>
              <w:rPr>
                <w:rFonts w:hint="eastAsia"/>
              </w:rPr>
            </w:pPr>
            <w:r>
              <w:t>1857</w:t>
            </w:r>
          </w:p>
        </w:tc>
        <w:tc>
          <w:tcPr>
            <w:tcW w:w="1415" w:type="dxa"/>
          </w:tcPr>
          <w:p w14:paraId="2A5B4E72" w14:textId="438C9126" w:rsidR="000E311C" w:rsidRDefault="000E311C" w:rsidP="000E311C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805" w:type="dxa"/>
          </w:tcPr>
          <w:p w14:paraId="0BDD35F9" w14:textId="77777777" w:rsidR="000E311C" w:rsidRDefault="000E311C" w:rsidP="000E311C">
            <w:pPr>
              <w:rPr>
                <w:rFonts w:hint="eastAsia"/>
              </w:rPr>
            </w:pPr>
          </w:p>
        </w:tc>
        <w:tc>
          <w:tcPr>
            <w:tcW w:w="1402" w:type="dxa"/>
          </w:tcPr>
          <w:p w14:paraId="406C3AAB" w14:textId="02A8D10E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2.250:-</w:t>
            </w:r>
            <w:proofErr w:type="gramEnd"/>
          </w:p>
        </w:tc>
        <w:tc>
          <w:tcPr>
            <w:tcW w:w="2082" w:type="dxa"/>
          </w:tcPr>
          <w:p w14:paraId="13138837" w14:textId="2168C45B" w:rsidR="000E311C" w:rsidRPr="00AA4D44" w:rsidRDefault="000E311C" w:rsidP="000E311C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E311C" w:rsidRPr="00FC4A08" w14:paraId="52A93B95" w14:textId="77777777" w:rsidTr="0092043B">
        <w:tc>
          <w:tcPr>
            <w:tcW w:w="1425" w:type="dxa"/>
          </w:tcPr>
          <w:p w14:paraId="420A3875" w14:textId="23D88334" w:rsidR="000E311C" w:rsidRDefault="000E311C" w:rsidP="000E311C">
            <w:pPr>
              <w:jc w:val="center"/>
              <w:rPr>
                <w:rFonts w:hint="eastAsia"/>
              </w:rPr>
            </w:pPr>
            <w:r>
              <w:t xml:space="preserve">5 </w:t>
            </w:r>
            <w:proofErr w:type="spellStart"/>
            <w:r>
              <w:t>öre</w:t>
            </w:r>
            <w:proofErr w:type="spellEnd"/>
          </w:p>
        </w:tc>
        <w:tc>
          <w:tcPr>
            <w:tcW w:w="1399" w:type="dxa"/>
          </w:tcPr>
          <w:p w14:paraId="1D24B4A7" w14:textId="0DAD1345" w:rsidR="000E311C" w:rsidRDefault="000E311C" w:rsidP="000E311C">
            <w:pPr>
              <w:rPr>
                <w:rFonts w:hint="eastAsia"/>
              </w:rPr>
            </w:pPr>
            <w:r>
              <w:t>1857</w:t>
            </w:r>
          </w:p>
        </w:tc>
        <w:tc>
          <w:tcPr>
            <w:tcW w:w="1415" w:type="dxa"/>
          </w:tcPr>
          <w:p w14:paraId="24331D79" w14:textId="0D98CFE5" w:rsidR="000E311C" w:rsidRDefault="000E311C" w:rsidP="000E311C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805" w:type="dxa"/>
          </w:tcPr>
          <w:p w14:paraId="57FE6447" w14:textId="77777777" w:rsidR="000E311C" w:rsidRDefault="000E311C" w:rsidP="000E311C">
            <w:pPr>
              <w:rPr>
                <w:rFonts w:hint="eastAsia"/>
              </w:rPr>
            </w:pPr>
          </w:p>
        </w:tc>
        <w:tc>
          <w:tcPr>
            <w:tcW w:w="1402" w:type="dxa"/>
          </w:tcPr>
          <w:p w14:paraId="5559CFE8" w14:textId="4C16245E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900:-</w:t>
            </w:r>
            <w:proofErr w:type="gramEnd"/>
          </w:p>
        </w:tc>
        <w:tc>
          <w:tcPr>
            <w:tcW w:w="2082" w:type="dxa"/>
          </w:tcPr>
          <w:p w14:paraId="7189E87F" w14:textId="087DFE4C" w:rsidR="000E311C" w:rsidRPr="00AA4D44" w:rsidRDefault="000E311C" w:rsidP="000E311C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0E311C" w:rsidRPr="00FC4A08" w14:paraId="68DC31F3" w14:textId="77777777" w:rsidTr="0092043B">
        <w:tc>
          <w:tcPr>
            <w:tcW w:w="1425" w:type="dxa"/>
          </w:tcPr>
          <w:p w14:paraId="3F1DBBC3" w14:textId="16310C6C" w:rsidR="000E311C" w:rsidRDefault="000E311C" w:rsidP="000E311C">
            <w:pPr>
              <w:jc w:val="center"/>
              <w:rPr>
                <w:rFonts w:hint="eastAsia"/>
              </w:rPr>
            </w:pPr>
            <w:r>
              <w:t xml:space="preserve">5 </w:t>
            </w:r>
            <w:proofErr w:type="spellStart"/>
            <w:r>
              <w:t>öre</w:t>
            </w:r>
            <w:proofErr w:type="spellEnd"/>
          </w:p>
        </w:tc>
        <w:tc>
          <w:tcPr>
            <w:tcW w:w="1399" w:type="dxa"/>
          </w:tcPr>
          <w:p w14:paraId="72B8EFB1" w14:textId="300BD53B" w:rsidR="000E311C" w:rsidRDefault="000E311C" w:rsidP="000E311C">
            <w:pPr>
              <w:rPr>
                <w:rFonts w:hint="eastAsia"/>
              </w:rPr>
            </w:pPr>
            <w:r>
              <w:t>1858</w:t>
            </w:r>
          </w:p>
        </w:tc>
        <w:tc>
          <w:tcPr>
            <w:tcW w:w="1415" w:type="dxa"/>
          </w:tcPr>
          <w:p w14:paraId="3BD060EC" w14:textId="07883E9C" w:rsidR="000E311C" w:rsidRDefault="000E311C" w:rsidP="000E311C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805" w:type="dxa"/>
          </w:tcPr>
          <w:p w14:paraId="44230EE2" w14:textId="4811EE5B" w:rsidR="000E311C" w:rsidRDefault="000E311C" w:rsidP="000E311C">
            <w:pPr>
              <w:rPr>
                <w:rFonts w:hint="eastAsia"/>
              </w:rPr>
            </w:pPr>
            <w:r>
              <w:t xml:space="preserve">1858 </w:t>
            </w:r>
            <w:proofErr w:type="spellStart"/>
            <w:r>
              <w:t>på</w:t>
            </w:r>
            <w:proofErr w:type="spellEnd"/>
            <w:r>
              <w:t xml:space="preserve"> 57</w:t>
            </w:r>
          </w:p>
        </w:tc>
        <w:tc>
          <w:tcPr>
            <w:tcW w:w="1402" w:type="dxa"/>
          </w:tcPr>
          <w:p w14:paraId="0FFEC314" w14:textId="431A0DF3" w:rsidR="000E311C" w:rsidRDefault="000E311C" w:rsidP="000E311C">
            <w:pPr>
              <w:rPr>
                <w:rFonts w:hint="eastAsia"/>
              </w:rPr>
            </w:pPr>
            <w:proofErr w:type="gramStart"/>
            <w:r>
              <w:t>250:-</w:t>
            </w:r>
            <w:proofErr w:type="gramEnd"/>
          </w:p>
        </w:tc>
        <w:tc>
          <w:tcPr>
            <w:tcW w:w="2082" w:type="dxa"/>
          </w:tcPr>
          <w:p w14:paraId="3B8E9AFA" w14:textId="5FB6378F" w:rsidR="000E311C" w:rsidRPr="00AA4D44" w:rsidRDefault="000E311C" w:rsidP="000E311C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</w:tbl>
    <w:p w14:paraId="43DB6427" w14:textId="77777777" w:rsidR="0050098D" w:rsidRPr="00FC4A08" w:rsidRDefault="0050098D">
      <w:pPr>
        <w:rPr>
          <w:rFonts w:hint="eastAsia"/>
          <w:lang w:val="sv-SE"/>
        </w:rPr>
      </w:pPr>
    </w:p>
    <w:p w14:paraId="529E08DA" w14:textId="77777777" w:rsidR="0050098D" w:rsidRDefault="00406940">
      <w:pPr>
        <w:pStyle w:val="Rubrik1"/>
      </w:pPr>
      <w:r>
        <w:t>Karl XV (1859–1872)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7"/>
        <w:gridCol w:w="1437"/>
        <w:gridCol w:w="1438"/>
        <w:gridCol w:w="1443"/>
        <w:gridCol w:w="1437"/>
        <w:gridCol w:w="1438"/>
      </w:tblGrid>
      <w:tr w:rsidR="0050098D" w14:paraId="4A5B5E8A" w14:textId="77777777" w:rsidTr="00D377E7">
        <w:tc>
          <w:tcPr>
            <w:tcW w:w="1440" w:type="dxa"/>
          </w:tcPr>
          <w:p w14:paraId="13C6877D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4248764A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70EED157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3" w:type="dxa"/>
          </w:tcPr>
          <w:p w14:paraId="14E1FC5B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3C9AEB60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1E44A42F" w14:textId="7456B111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E64922" w14:paraId="64E12F26" w14:textId="77777777" w:rsidTr="00D377E7">
        <w:tc>
          <w:tcPr>
            <w:tcW w:w="1440" w:type="dxa"/>
          </w:tcPr>
          <w:p w14:paraId="2A5A4978" w14:textId="446D27AF" w:rsidR="00E64922" w:rsidRDefault="00E64922">
            <w:pPr>
              <w:rPr>
                <w:rFonts w:hint="eastAsia"/>
              </w:rPr>
            </w:pPr>
            <w:r>
              <w:t xml:space="preserve">5 </w:t>
            </w:r>
            <w:proofErr w:type="spellStart"/>
            <w:r>
              <w:t>öre</w:t>
            </w:r>
            <w:proofErr w:type="spellEnd"/>
          </w:p>
        </w:tc>
        <w:tc>
          <w:tcPr>
            <w:tcW w:w="1440" w:type="dxa"/>
          </w:tcPr>
          <w:p w14:paraId="64C1521D" w14:textId="12A3BD26" w:rsidR="00E64922" w:rsidRDefault="00E64922">
            <w:pPr>
              <w:rPr>
                <w:rFonts w:hint="eastAsia"/>
              </w:rPr>
            </w:pPr>
            <w:r>
              <w:t>1865</w:t>
            </w:r>
          </w:p>
        </w:tc>
        <w:tc>
          <w:tcPr>
            <w:tcW w:w="1440" w:type="dxa"/>
          </w:tcPr>
          <w:p w14:paraId="67781459" w14:textId="1A65F2A5" w:rsidR="00E64922" w:rsidRDefault="00D33237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04B1972B" w14:textId="77777777" w:rsidR="00E64922" w:rsidRDefault="00E64922">
            <w:pPr>
              <w:rPr>
                <w:rFonts w:hint="eastAsia"/>
              </w:rPr>
            </w:pPr>
          </w:p>
        </w:tc>
        <w:tc>
          <w:tcPr>
            <w:tcW w:w="1440" w:type="dxa"/>
          </w:tcPr>
          <w:p w14:paraId="2C00F143" w14:textId="382795A9" w:rsidR="00E64922" w:rsidRDefault="00D33237">
            <w:pPr>
              <w:rPr>
                <w:rFonts w:hint="eastAsia"/>
              </w:rPr>
            </w:pPr>
            <w:proofErr w:type="gramStart"/>
            <w:r>
              <w:t>800:-</w:t>
            </w:r>
            <w:proofErr w:type="gramEnd"/>
          </w:p>
        </w:tc>
        <w:tc>
          <w:tcPr>
            <w:tcW w:w="1440" w:type="dxa"/>
          </w:tcPr>
          <w:p w14:paraId="3B346A5C" w14:textId="61A550DB" w:rsidR="00E64922" w:rsidRDefault="00D33237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D504B7" w14:paraId="760A44DC" w14:textId="77777777" w:rsidTr="00D377E7">
        <w:tc>
          <w:tcPr>
            <w:tcW w:w="1440" w:type="dxa"/>
          </w:tcPr>
          <w:p w14:paraId="6143421D" w14:textId="23E5997F" w:rsidR="00D504B7" w:rsidRDefault="00D504B7">
            <w:pPr>
              <w:rPr>
                <w:rFonts w:hint="eastAsia"/>
              </w:rPr>
            </w:pPr>
            <w:r>
              <w:t xml:space="preserve">2 </w:t>
            </w:r>
            <w:proofErr w:type="spellStart"/>
            <w:r>
              <w:t>öre</w:t>
            </w:r>
            <w:proofErr w:type="spellEnd"/>
          </w:p>
        </w:tc>
        <w:tc>
          <w:tcPr>
            <w:tcW w:w="1440" w:type="dxa"/>
          </w:tcPr>
          <w:p w14:paraId="6C4C4493" w14:textId="10B8D2B4" w:rsidR="00D504B7" w:rsidRDefault="002E04B5">
            <w:pPr>
              <w:rPr>
                <w:rFonts w:hint="eastAsia"/>
              </w:rPr>
            </w:pPr>
            <w:r>
              <w:t>1871</w:t>
            </w:r>
          </w:p>
        </w:tc>
        <w:tc>
          <w:tcPr>
            <w:tcW w:w="1440" w:type="dxa"/>
          </w:tcPr>
          <w:p w14:paraId="44EFA6C6" w14:textId="6ED32FAE" w:rsidR="00D504B7" w:rsidRDefault="002E04B5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443" w:type="dxa"/>
          </w:tcPr>
          <w:p w14:paraId="38DDDF02" w14:textId="77777777" w:rsidR="00D504B7" w:rsidRDefault="00D504B7">
            <w:pPr>
              <w:rPr>
                <w:rFonts w:hint="eastAsia"/>
              </w:rPr>
            </w:pPr>
          </w:p>
        </w:tc>
        <w:tc>
          <w:tcPr>
            <w:tcW w:w="1440" w:type="dxa"/>
          </w:tcPr>
          <w:p w14:paraId="32C12AD7" w14:textId="09D557AA" w:rsidR="00D504B7" w:rsidRDefault="002E04B5">
            <w:pPr>
              <w:rPr>
                <w:rFonts w:hint="eastAsia"/>
              </w:rPr>
            </w:pPr>
            <w:proofErr w:type="gramStart"/>
            <w:r>
              <w:t>200:-</w:t>
            </w:r>
            <w:proofErr w:type="gramEnd"/>
          </w:p>
        </w:tc>
        <w:tc>
          <w:tcPr>
            <w:tcW w:w="1440" w:type="dxa"/>
          </w:tcPr>
          <w:p w14:paraId="37954F26" w14:textId="5890DDA9" w:rsidR="00D504B7" w:rsidRPr="00AA4D44" w:rsidRDefault="002E04B5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50098D" w:rsidRPr="00C312DE" w14:paraId="673389BE" w14:textId="77777777" w:rsidTr="00D377E7">
        <w:tc>
          <w:tcPr>
            <w:tcW w:w="1440" w:type="dxa"/>
          </w:tcPr>
          <w:p w14:paraId="2E46A834" w14:textId="5BF57F90" w:rsidR="0050098D" w:rsidRDefault="00D377E7">
            <w:pPr>
              <w:rPr>
                <w:rFonts w:hint="eastAsia"/>
              </w:rPr>
            </w:pPr>
            <w:r>
              <w:t xml:space="preserve">2 </w:t>
            </w:r>
            <w:proofErr w:type="spellStart"/>
            <w:r>
              <w:t>öre</w:t>
            </w:r>
            <w:proofErr w:type="spellEnd"/>
          </w:p>
        </w:tc>
        <w:tc>
          <w:tcPr>
            <w:tcW w:w="1440" w:type="dxa"/>
          </w:tcPr>
          <w:p w14:paraId="67AFA516" w14:textId="0CA5038E" w:rsidR="0050098D" w:rsidRDefault="00D377E7">
            <w:pPr>
              <w:rPr>
                <w:rFonts w:hint="eastAsia"/>
              </w:rPr>
            </w:pPr>
            <w:r>
              <w:t>1871</w:t>
            </w:r>
          </w:p>
        </w:tc>
        <w:tc>
          <w:tcPr>
            <w:tcW w:w="1440" w:type="dxa"/>
          </w:tcPr>
          <w:p w14:paraId="585D20CC" w14:textId="3E711A93" w:rsidR="0050098D" w:rsidRDefault="00D377E7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3" w:type="dxa"/>
          </w:tcPr>
          <w:p w14:paraId="07C009DB" w14:textId="162D9669" w:rsidR="0050098D" w:rsidRDefault="00FC4A08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40" w:type="dxa"/>
          </w:tcPr>
          <w:p w14:paraId="6D46BE91" w14:textId="01E7F5CF" w:rsidR="0050098D" w:rsidRDefault="00D377E7">
            <w:pPr>
              <w:rPr>
                <w:rFonts w:hint="eastAsia"/>
              </w:rPr>
            </w:pPr>
            <w:proofErr w:type="gramStart"/>
            <w:r>
              <w:t>250:-</w:t>
            </w:r>
            <w:proofErr w:type="gramEnd"/>
          </w:p>
        </w:tc>
        <w:tc>
          <w:tcPr>
            <w:tcW w:w="1440" w:type="dxa"/>
          </w:tcPr>
          <w:p w14:paraId="4E09C0BA" w14:textId="7EB1221B" w:rsidR="0050098D" w:rsidRPr="00FC4A08" w:rsidRDefault="00D377E7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D377E7" w:rsidRPr="00C312DE" w14:paraId="243D6444" w14:textId="77777777" w:rsidTr="00D377E7">
        <w:tc>
          <w:tcPr>
            <w:tcW w:w="1440" w:type="dxa"/>
          </w:tcPr>
          <w:p w14:paraId="27C860A8" w14:textId="56368C39" w:rsidR="00D377E7" w:rsidRDefault="00D377E7">
            <w:pPr>
              <w:rPr>
                <w:rFonts w:hint="eastAsia"/>
              </w:rPr>
            </w:pPr>
            <w:r>
              <w:t xml:space="preserve">2 </w:t>
            </w:r>
            <w:proofErr w:type="spellStart"/>
            <w:r>
              <w:t>öre</w:t>
            </w:r>
            <w:proofErr w:type="spellEnd"/>
          </w:p>
        </w:tc>
        <w:tc>
          <w:tcPr>
            <w:tcW w:w="1440" w:type="dxa"/>
          </w:tcPr>
          <w:p w14:paraId="4D30DBB5" w14:textId="63B6776C" w:rsidR="00D377E7" w:rsidRDefault="00D377E7">
            <w:pPr>
              <w:rPr>
                <w:rFonts w:hint="eastAsia"/>
              </w:rPr>
            </w:pPr>
            <w:r>
              <w:t>1872</w:t>
            </w:r>
          </w:p>
        </w:tc>
        <w:tc>
          <w:tcPr>
            <w:tcW w:w="1440" w:type="dxa"/>
          </w:tcPr>
          <w:p w14:paraId="66697DF3" w14:textId="13A4565D" w:rsidR="00D377E7" w:rsidRDefault="00D377E7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443" w:type="dxa"/>
          </w:tcPr>
          <w:p w14:paraId="7811D340" w14:textId="77777777" w:rsidR="00D377E7" w:rsidRDefault="00D377E7">
            <w:pPr>
              <w:rPr>
                <w:rFonts w:hint="eastAsia"/>
              </w:rPr>
            </w:pPr>
          </w:p>
        </w:tc>
        <w:tc>
          <w:tcPr>
            <w:tcW w:w="1440" w:type="dxa"/>
          </w:tcPr>
          <w:p w14:paraId="5EE247BE" w14:textId="007FBEF5" w:rsidR="00D377E7" w:rsidRDefault="00D377E7">
            <w:pPr>
              <w:rPr>
                <w:rFonts w:hint="eastAsia"/>
              </w:rPr>
            </w:pPr>
            <w:proofErr w:type="gramStart"/>
            <w:r>
              <w:t>300:-</w:t>
            </w:r>
            <w:proofErr w:type="gramEnd"/>
          </w:p>
        </w:tc>
        <w:tc>
          <w:tcPr>
            <w:tcW w:w="1440" w:type="dxa"/>
          </w:tcPr>
          <w:p w14:paraId="29E729DA" w14:textId="3FCD61CB" w:rsidR="00D377E7" w:rsidRPr="00AA4D44" w:rsidRDefault="00D377E7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D377E7" w:rsidRPr="00C312DE" w14:paraId="00A62DC4" w14:textId="77777777" w:rsidTr="00D377E7">
        <w:tc>
          <w:tcPr>
            <w:tcW w:w="1440" w:type="dxa"/>
          </w:tcPr>
          <w:p w14:paraId="3C6A4475" w14:textId="19239C83" w:rsidR="00D377E7" w:rsidRDefault="00D377E7">
            <w:pPr>
              <w:rPr>
                <w:rFonts w:hint="eastAsia"/>
              </w:rPr>
            </w:pPr>
            <w:r>
              <w:t xml:space="preserve">1 </w:t>
            </w:r>
            <w:proofErr w:type="spellStart"/>
            <w:r>
              <w:t>öre</w:t>
            </w:r>
            <w:proofErr w:type="spellEnd"/>
          </w:p>
        </w:tc>
        <w:tc>
          <w:tcPr>
            <w:tcW w:w="1440" w:type="dxa"/>
          </w:tcPr>
          <w:p w14:paraId="53D1088E" w14:textId="5E2C1983" w:rsidR="00D377E7" w:rsidRDefault="00D377E7">
            <w:pPr>
              <w:rPr>
                <w:rFonts w:hint="eastAsia"/>
              </w:rPr>
            </w:pPr>
            <w:r>
              <w:t>1864</w:t>
            </w:r>
          </w:p>
        </w:tc>
        <w:tc>
          <w:tcPr>
            <w:tcW w:w="1440" w:type="dxa"/>
          </w:tcPr>
          <w:p w14:paraId="15421771" w14:textId="723D0FB8" w:rsidR="00D377E7" w:rsidRDefault="00D377E7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443" w:type="dxa"/>
          </w:tcPr>
          <w:p w14:paraId="2389F416" w14:textId="77777777" w:rsidR="00D377E7" w:rsidRDefault="00D377E7">
            <w:pPr>
              <w:rPr>
                <w:rFonts w:hint="eastAsia"/>
              </w:rPr>
            </w:pPr>
          </w:p>
        </w:tc>
        <w:tc>
          <w:tcPr>
            <w:tcW w:w="1440" w:type="dxa"/>
          </w:tcPr>
          <w:p w14:paraId="7E65C602" w14:textId="11443AC8" w:rsidR="00D377E7" w:rsidRDefault="00D377E7">
            <w:pPr>
              <w:rPr>
                <w:rFonts w:hint="eastAsia"/>
              </w:rPr>
            </w:pPr>
            <w:proofErr w:type="gramStart"/>
            <w:r>
              <w:t>50:-</w:t>
            </w:r>
            <w:proofErr w:type="gramEnd"/>
          </w:p>
        </w:tc>
        <w:tc>
          <w:tcPr>
            <w:tcW w:w="1440" w:type="dxa"/>
          </w:tcPr>
          <w:p w14:paraId="216A28A6" w14:textId="018FB991" w:rsidR="00D377E7" w:rsidRPr="00AA4D44" w:rsidRDefault="00D377E7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</w:tbl>
    <w:p w14:paraId="3F3826A0" w14:textId="77777777" w:rsidR="0050098D" w:rsidRPr="00FC4A08" w:rsidRDefault="0050098D">
      <w:pPr>
        <w:rPr>
          <w:rFonts w:hint="eastAsia"/>
          <w:lang w:val="sv-SE"/>
        </w:rPr>
      </w:pPr>
    </w:p>
    <w:p w14:paraId="682E917A" w14:textId="77777777" w:rsidR="0050098D" w:rsidRDefault="00406940">
      <w:pPr>
        <w:pStyle w:val="Rubrik1"/>
      </w:pPr>
      <w:r>
        <w:t>Oscar II (1872–1907)</w:t>
      </w:r>
    </w:p>
    <w:tbl>
      <w:tblPr>
        <w:tblStyle w:val="Tabellrutnt"/>
        <w:tblW w:w="9039" w:type="dxa"/>
        <w:tblLook w:val="04A0" w:firstRow="1" w:lastRow="0" w:firstColumn="1" w:lastColumn="0" w:noHBand="0" w:noVBand="1"/>
      </w:tblPr>
      <w:tblGrid>
        <w:gridCol w:w="1429"/>
        <w:gridCol w:w="1408"/>
        <w:gridCol w:w="1422"/>
        <w:gridCol w:w="1770"/>
        <w:gridCol w:w="1410"/>
        <w:gridCol w:w="1600"/>
      </w:tblGrid>
      <w:tr w:rsidR="0050098D" w14:paraId="52C61496" w14:textId="77777777" w:rsidTr="00F620B9">
        <w:tc>
          <w:tcPr>
            <w:tcW w:w="1429" w:type="dxa"/>
          </w:tcPr>
          <w:p w14:paraId="5D8FEEDA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08" w:type="dxa"/>
          </w:tcPr>
          <w:p w14:paraId="75CB12DC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22" w:type="dxa"/>
          </w:tcPr>
          <w:p w14:paraId="0A9F70D2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770" w:type="dxa"/>
          </w:tcPr>
          <w:p w14:paraId="21B7D52C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10" w:type="dxa"/>
          </w:tcPr>
          <w:p w14:paraId="2479CB42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600" w:type="dxa"/>
          </w:tcPr>
          <w:p w14:paraId="6F776762" w14:textId="76640CD0" w:rsidR="0050098D" w:rsidRDefault="00FC4A08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D377E7" w14:paraId="2BCEC655" w14:textId="77777777" w:rsidTr="00F620B9">
        <w:tc>
          <w:tcPr>
            <w:tcW w:w="1429" w:type="dxa"/>
          </w:tcPr>
          <w:p w14:paraId="48694998" w14:textId="16BA34B1" w:rsidR="00D377E7" w:rsidRDefault="00D377E7">
            <w:pPr>
              <w:rPr>
                <w:rFonts w:hint="eastAsia"/>
              </w:rPr>
            </w:pPr>
            <w:r>
              <w:t>1 krona</w:t>
            </w:r>
          </w:p>
        </w:tc>
        <w:tc>
          <w:tcPr>
            <w:tcW w:w="1408" w:type="dxa"/>
          </w:tcPr>
          <w:p w14:paraId="0A392683" w14:textId="754C832D" w:rsidR="00D377E7" w:rsidRDefault="00D377E7">
            <w:pPr>
              <w:rPr>
                <w:rFonts w:hint="eastAsia"/>
              </w:rPr>
            </w:pPr>
            <w:r>
              <w:t>1875</w:t>
            </w:r>
          </w:p>
        </w:tc>
        <w:tc>
          <w:tcPr>
            <w:tcW w:w="1422" w:type="dxa"/>
          </w:tcPr>
          <w:p w14:paraId="4D871E58" w14:textId="3237B4CD" w:rsidR="00D377E7" w:rsidRDefault="00D377E7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770" w:type="dxa"/>
          </w:tcPr>
          <w:p w14:paraId="53A3FCFF" w14:textId="77777777" w:rsidR="00D377E7" w:rsidRDefault="00D377E7">
            <w:pPr>
              <w:rPr>
                <w:rFonts w:hint="eastAsia"/>
              </w:rPr>
            </w:pPr>
          </w:p>
        </w:tc>
        <w:tc>
          <w:tcPr>
            <w:tcW w:w="1410" w:type="dxa"/>
          </w:tcPr>
          <w:p w14:paraId="552D931C" w14:textId="0526C61C" w:rsidR="00D377E7" w:rsidRDefault="00D377E7">
            <w:pPr>
              <w:rPr>
                <w:rFonts w:hint="eastAsia"/>
              </w:rPr>
            </w:pPr>
            <w:proofErr w:type="gramStart"/>
            <w:r>
              <w:t>1.000:-</w:t>
            </w:r>
            <w:proofErr w:type="gramEnd"/>
          </w:p>
        </w:tc>
        <w:tc>
          <w:tcPr>
            <w:tcW w:w="1600" w:type="dxa"/>
          </w:tcPr>
          <w:p w14:paraId="50717628" w14:textId="77777777" w:rsidR="00D377E7" w:rsidRDefault="00D377E7">
            <w:pPr>
              <w:rPr>
                <w:rFonts w:hint="eastAsia"/>
              </w:rPr>
            </w:pPr>
          </w:p>
        </w:tc>
      </w:tr>
      <w:tr w:rsidR="008768C5" w:rsidRPr="00FC4A08" w14:paraId="36D2B602" w14:textId="77777777" w:rsidTr="00F620B9">
        <w:tc>
          <w:tcPr>
            <w:tcW w:w="1429" w:type="dxa"/>
          </w:tcPr>
          <w:p w14:paraId="1FC82C84" w14:textId="65CAB795" w:rsidR="008768C5" w:rsidRDefault="008768C5">
            <w:pPr>
              <w:rPr>
                <w:rFonts w:hint="eastAsia"/>
              </w:rPr>
            </w:pPr>
            <w:r>
              <w:t xml:space="preserve">50 </w:t>
            </w:r>
            <w:proofErr w:type="spellStart"/>
            <w:r>
              <w:t>öre</w:t>
            </w:r>
            <w:proofErr w:type="spellEnd"/>
          </w:p>
        </w:tc>
        <w:tc>
          <w:tcPr>
            <w:tcW w:w="1408" w:type="dxa"/>
          </w:tcPr>
          <w:p w14:paraId="5D608750" w14:textId="4FE2A5B2" w:rsidR="008768C5" w:rsidRDefault="008768C5">
            <w:pPr>
              <w:rPr>
                <w:rFonts w:hint="eastAsia"/>
              </w:rPr>
            </w:pPr>
            <w:r>
              <w:t>1883</w:t>
            </w:r>
          </w:p>
        </w:tc>
        <w:tc>
          <w:tcPr>
            <w:tcW w:w="1422" w:type="dxa"/>
          </w:tcPr>
          <w:p w14:paraId="5B33ED37" w14:textId="01ED15F5" w:rsidR="008768C5" w:rsidRDefault="008768C5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770" w:type="dxa"/>
          </w:tcPr>
          <w:p w14:paraId="7220390F" w14:textId="7F70034F" w:rsidR="008768C5" w:rsidRDefault="008768C5">
            <w:pPr>
              <w:rPr>
                <w:rFonts w:hint="eastAsia"/>
              </w:rPr>
            </w:pPr>
            <w:r>
              <w:t>-</w:t>
            </w:r>
          </w:p>
        </w:tc>
        <w:tc>
          <w:tcPr>
            <w:tcW w:w="1410" w:type="dxa"/>
          </w:tcPr>
          <w:p w14:paraId="5939EBBC" w14:textId="0326DCFF" w:rsidR="008768C5" w:rsidRDefault="00163E94">
            <w:pPr>
              <w:rPr>
                <w:rFonts w:hint="eastAsia"/>
              </w:rPr>
            </w:pPr>
            <w:proofErr w:type="gramStart"/>
            <w:r>
              <w:t>1</w:t>
            </w:r>
            <w:r w:rsidR="0002688D">
              <w:t>.</w:t>
            </w:r>
            <w:r>
              <w:t>75</w:t>
            </w:r>
            <w:r w:rsidR="00EE1DB4">
              <w:t>0</w:t>
            </w:r>
            <w:r w:rsidR="00D377E7">
              <w:t>:-</w:t>
            </w:r>
            <w:proofErr w:type="gramEnd"/>
          </w:p>
        </w:tc>
        <w:tc>
          <w:tcPr>
            <w:tcW w:w="1600" w:type="dxa"/>
          </w:tcPr>
          <w:p w14:paraId="1E156BBB" w14:textId="4320B65E" w:rsidR="008768C5" w:rsidRDefault="00EE1DB4">
            <w:pPr>
              <w:rPr>
                <w:rFonts w:hint="eastAsia"/>
                <w:lang w:val="sv-SE"/>
              </w:rPr>
            </w:pPr>
            <w:hyperlink r:id="rId24" w:history="1">
              <w:r w:rsidRPr="00FC4A08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8768C5" w:rsidRPr="00FC4A08" w14:paraId="7325F814" w14:textId="77777777" w:rsidTr="00F620B9">
        <w:tc>
          <w:tcPr>
            <w:tcW w:w="1429" w:type="dxa"/>
          </w:tcPr>
          <w:p w14:paraId="4A204030" w14:textId="1975E198" w:rsidR="008768C5" w:rsidRDefault="008768C5">
            <w:pPr>
              <w:rPr>
                <w:rFonts w:hint="eastAsia"/>
              </w:rPr>
            </w:pPr>
            <w:r>
              <w:t xml:space="preserve">25 </w:t>
            </w:r>
            <w:proofErr w:type="spellStart"/>
            <w:r>
              <w:t>öre</w:t>
            </w:r>
            <w:proofErr w:type="spellEnd"/>
          </w:p>
        </w:tc>
        <w:tc>
          <w:tcPr>
            <w:tcW w:w="1408" w:type="dxa"/>
          </w:tcPr>
          <w:p w14:paraId="524B5311" w14:textId="6B2BCA92" w:rsidR="008768C5" w:rsidRDefault="008768C5">
            <w:pPr>
              <w:rPr>
                <w:rFonts w:hint="eastAsia"/>
              </w:rPr>
            </w:pPr>
            <w:r>
              <w:t>1896</w:t>
            </w:r>
          </w:p>
        </w:tc>
        <w:tc>
          <w:tcPr>
            <w:tcW w:w="1422" w:type="dxa"/>
          </w:tcPr>
          <w:p w14:paraId="2EBEA704" w14:textId="5E133EAE" w:rsidR="008768C5" w:rsidRDefault="008768C5">
            <w:pPr>
              <w:rPr>
                <w:rFonts w:hint="eastAsia"/>
              </w:rPr>
            </w:pPr>
            <w:r>
              <w:t>0)(01/0</w:t>
            </w:r>
          </w:p>
        </w:tc>
        <w:tc>
          <w:tcPr>
            <w:tcW w:w="1770" w:type="dxa"/>
          </w:tcPr>
          <w:p w14:paraId="631A173F" w14:textId="2DDBC69C" w:rsidR="008768C5" w:rsidRDefault="008768C5">
            <w:pPr>
              <w:rPr>
                <w:rFonts w:hint="eastAsia"/>
              </w:rPr>
            </w:pPr>
            <w:proofErr w:type="spellStart"/>
            <w:r>
              <w:t>Vackert</w:t>
            </w:r>
            <w:proofErr w:type="spellEnd"/>
            <w:r>
              <w:t xml:space="preserve"> ex, </w:t>
            </w:r>
            <w:proofErr w:type="spellStart"/>
            <w:r>
              <w:t>ompunsad</w:t>
            </w:r>
            <w:proofErr w:type="spellEnd"/>
            <w:r>
              <w:t xml:space="preserve"> 9:a</w:t>
            </w:r>
          </w:p>
        </w:tc>
        <w:tc>
          <w:tcPr>
            <w:tcW w:w="1410" w:type="dxa"/>
          </w:tcPr>
          <w:p w14:paraId="7AFAC112" w14:textId="015FDF1B" w:rsidR="008768C5" w:rsidRDefault="008768C5">
            <w:pPr>
              <w:rPr>
                <w:rFonts w:hint="eastAsia"/>
              </w:rPr>
            </w:pPr>
            <w:proofErr w:type="gramStart"/>
            <w:r>
              <w:t>2.000</w:t>
            </w:r>
            <w:r w:rsidR="00D377E7">
              <w:t>:-</w:t>
            </w:r>
            <w:proofErr w:type="gramEnd"/>
          </w:p>
        </w:tc>
        <w:tc>
          <w:tcPr>
            <w:tcW w:w="1600" w:type="dxa"/>
          </w:tcPr>
          <w:p w14:paraId="00CDD30B" w14:textId="76A1D058" w:rsidR="008768C5" w:rsidRDefault="008768C5">
            <w:pPr>
              <w:rPr>
                <w:rFonts w:hint="eastAsia"/>
                <w:lang w:val="sv-SE"/>
              </w:rPr>
            </w:pPr>
            <w:hyperlink r:id="rId25" w:history="1">
              <w:r w:rsidRPr="00FC4A08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F620B9" w:rsidRPr="00FC4A08" w14:paraId="5D773A3C" w14:textId="77777777" w:rsidTr="00F620B9">
        <w:tc>
          <w:tcPr>
            <w:tcW w:w="1429" w:type="dxa"/>
          </w:tcPr>
          <w:p w14:paraId="7ABDA79A" w14:textId="559FD176" w:rsidR="00F620B9" w:rsidRDefault="00F620B9">
            <w:pPr>
              <w:rPr>
                <w:rFonts w:hint="eastAsia"/>
              </w:rPr>
            </w:pPr>
            <w:r>
              <w:t xml:space="preserve">10 </w:t>
            </w:r>
            <w:proofErr w:type="spellStart"/>
            <w:r>
              <w:t>öre</w:t>
            </w:r>
            <w:proofErr w:type="spellEnd"/>
          </w:p>
        </w:tc>
        <w:tc>
          <w:tcPr>
            <w:tcW w:w="1408" w:type="dxa"/>
          </w:tcPr>
          <w:p w14:paraId="58D3B961" w14:textId="46E8A7C8" w:rsidR="00F620B9" w:rsidRDefault="00F620B9">
            <w:pPr>
              <w:rPr>
                <w:rFonts w:hint="eastAsia"/>
              </w:rPr>
            </w:pPr>
            <w:r>
              <w:t>1876</w:t>
            </w:r>
          </w:p>
        </w:tc>
        <w:tc>
          <w:tcPr>
            <w:tcW w:w="1422" w:type="dxa"/>
          </w:tcPr>
          <w:p w14:paraId="4D7B9ED2" w14:textId="28D48664" w:rsidR="00F620B9" w:rsidRDefault="00F620B9">
            <w:pPr>
              <w:rPr>
                <w:rFonts w:hint="eastAsia"/>
              </w:rPr>
            </w:pPr>
            <w:r>
              <w:t>1+/01</w:t>
            </w:r>
          </w:p>
        </w:tc>
        <w:tc>
          <w:tcPr>
            <w:tcW w:w="1770" w:type="dxa"/>
          </w:tcPr>
          <w:p w14:paraId="1A88BD4D" w14:textId="6062D67B" w:rsidR="00F620B9" w:rsidRDefault="00F620B9">
            <w:pPr>
              <w:rPr>
                <w:rFonts w:hint="eastAsia"/>
              </w:rPr>
            </w:pPr>
            <w:proofErr w:type="spellStart"/>
            <w:r>
              <w:t>Ompunsad</w:t>
            </w:r>
            <w:proofErr w:type="spellEnd"/>
            <w:r>
              <w:t xml:space="preserve"> 6a</w:t>
            </w:r>
          </w:p>
        </w:tc>
        <w:tc>
          <w:tcPr>
            <w:tcW w:w="1410" w:type="dxa"/>
          </w:tcPr>
          <w:p w14:paraId="0AD2F2BD" w14:textId="6CAB29AC" w:rsidR="00F620B9" w:rsidRDefault="00F620B9">
            <w:pPr>
              <w:rPr>
                <w:rFonts w:hint="eastAsia"/>
              </w:rPr>
            </w:pPr>
            <w:proofErr w:type="gramStart"/>
            <w:r>
              <w:t>1.250:-</w:t>
            </w:r>
            <w:proofErr w:type="gramEnd"/>
          </w:p>
        </w:tc>
        <w:tc>
          <w:tcPr>
            <w:tcW w:w="1600" w:type="dxa"/>
          </w:tcPr>
          <w:p w14:paraId="59B7063D" w14:textId="7D6A9D4C" w:rsidR="00F620B9" w:rsidRDefault="00F620B9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6D0F30" w:rsidRPr="00FC4A08" w14:paraId="5CB19737" w14:textId="77777777" w:rsidTr="00F620B9">
        <w:tc>
          <w:tcPr>
            <w:tcW w:w="1429" w:type="dxa"/>
          </w:tcPr>
          <w:p w14:paraId="4EE7BE6C" w14:textId="2CB8904E" w:rsidR="006D0F30" w:rsidRDefault="006D0F30">
            <w:pPr>
              <w:rPr>
                <w:rFonts w:hint="eastAsia"/>
              </w:rPr>
            </w:pPr>
            <w:r>
              <w:t xml:space="preserve">10 </w:t>
            </w:r>
            <w:proofErr w:type="spellStart"/>
            <w:r>
              <w:t>öre</w:t>
            </w:r>
            <w:proofErr w:type="spellEnd"/>
          </w:p>
        </w:tc>
        <w:tc>
          <w:tcPr>
            <w:tcW w:w="1408" w:type="dxa"/>
          </w:tcPr>
          <w:p w14:paraId="2B81210F" w14:textId="6EEB0069" w:rsidR="006D0F30" w:rsidRDefault="006D0F30">
            <w:pPr>
              <w:rPr>
                <w:rFonts w:hint="eastAsia"/>
              </w:rPr>
            </w:pPr>
            <w:r>
              <w:t>1896</w:t>
            </w:r>
          </w:p>
        </w:tc>
        <w:tc>
          <w:tcPr>
            <w:tcW w:w="1422" w:type="dxa"/>
          </w:tcPr>
          <w:p w14:paraId="13DDFE8A" w14:textId="38AA0F54" w:rsidR="006D0F30" w:rsidRDefault="006D0F30">
            <w:pPr>
              <w:rPr>
                <w:rFonts w:hint="eastAsia"/>
              </w:rPr>
            </w:pPr>
            <w:r>
              <w:t>01/0</w:t>
            </w:r>
          </w:p>
        </w:tc>
        <w:tc>
          <w:tcPr>
            <w:tcW w:w="1770" w:type="dxa"/>
          </w:tcPr>
          <w:p w14:paraId="467AAF8D" w14:textId="77777777" w:rsidR="006D0F30" w:rsidRDefault="006D0F30">
            <w:pPr>
              <w:rPr>
                <w:rFonts w:hint="eastAsia"/>
              </w:rPr>
            </w:pPr>
          </w:p>
        </w:tc>
        <w:tc>
          <w:tcPr>
            <w:tcW w:w="1410" w:type="dxa"/>
          </w:tcPr>
          <w:p w14:paraId="6BAD8FA2" w14:textId="19C82B57" w:rsidR="006D0F30" w:rsidRDefault="006D0F30">
            <w:pPr>
              <w:rPr>
                <w:rFonts w:hint="eastAsia"/>
              </w:rPr>
            </w:pPr>
            <w:proofErr w:type="gramStart"/>
            <w:r>
              <w:t>1.500:-</w:t>
            </w:r>
            <w:proofErr w:type="gramEnd"/>
          </w:p>
        </w:tc>
        <w:tc>
          <w:tcPr>
            <w:tcW w:w="1600" w:type="dxa"/>
          </w:tcPr>
          <w:p w14:paraId="7C6C2AC4" w14:textId="2F335C62" w:rsidR="006D0F30" w:rsidRPr="00AA4D44" w:rsidRDefault="006D0F30">
            <w:pPr>
              <w:rPr>
                <w:rFonts w:hint="eastAsia"/>
                <w:lang w:val="sv-SE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  <w:tr w:rsidR="008768C5" w:rsidRPr="00FC4A08" w14:paraId="16C616C0" w14:textId="77777777" w:rsidTr="00F620B9">
        <w:tc>
          <w:tcPr>
            <w:tcW w:w="1429" w:type="dxa"/>
          </w:tcPr>
          <w:p w14:paraId="1B0E8B35" w14:textId="187A5FEF" w:rsidR="008768C5" w:rsidRDefault="008768C5">
            <w:pPr>
              <w:rPr>
                <w:rFonts w:hint="eastAsia"/>
              </w:rPr>
            </w:pPr>
            <w:r>
              <w:t xml:space="preserve">5 </w:t>
            </w:r>
            <w:proofErr w:type="spellStart"/>
            <w:r>
              <w:t>öre</w:t>
            </w:r>
            <w:proofErr w:type="spellEnd"/>
            <w:r>
              <w:t xml:space="preserve"> </w:t>
            </w:r>
            <w:proofErr w:type="spellStart"/>
            <w:r>
              <w:t>riksmynt</w:t>
            </w:r>
            <w:proofErr w:type="spellEnd"/>
          </w:p>
        </w:tc>
        <w:tc>
          <w:tcPr>
            <w:tcW w:w="1408" w:type="dxa"/>
          </w:tcPr>
          <w:p w14:paraId="17FF35B7" w14:textId="08CDF42E" w:rsidR="008768C5" w:rsidRDefault="008768C5">
            <w:pPr>
              <w:rPr>
                <w:rFonts w:hint="eastAsia"/>
              </w:rPr>
            </w:pPr>
            <w:r>
              <w:t>1873</w:t>
            </w:r>
          </w:p>
        </w:tc>
        <w:tc>
          <w:tcPr>
            <w:tcW w:w="1422" w:type="dxa"/>
          </w:tcPr>
          <w:p w14:paraId="34BC6F91" w14:textId="7D1EC9C0" w:rsidR="008768C5" w:rsidRDefault="008768C5">
            <w:pPr>
              <w:rPr>
                <w:rFonts w:hint="eastAsia"/>
              </w:rPr>
            </w:pPr>
            <w:r>
              <w:t>01/0</w:t>
            </w:r>
          </w:p>
        </w:tc>
        <w:tc>
          <w:tcPr>
            <w:tcW w:w="1770" w:type="dxa"/>
          </w:tcPr>
          <w:p w14:paraId="3C10EF75" w14:textId="7DC56792" w:rsidR="008768C5" w:rsidRDefault="008768C5">
            <w:pPr>
              <w:rPr>
                <w:rFonts w:hint="eastAsia"/>
              </w:rPr>
            </w:pPr>
            <w:proofErr w:type="spellStart"/>
            <w:r>
              <w:t>Något</w:t>
            </w:r>
            <w:proofErr w:type="spellEnd"/>
            <w:r>
              <w:t xml:space="preserve"> </w:t>
            </w:r>
            <w:proofErr w:type="spellStart"/>
            <w:r>
              <w:t>Bevarad</w:t>
            </w:r>
            <w:proofErr w:type="spellEnd"/>
            <w:r>
              <w:t xml:space="preserve"> </w:t>
            </w:r>
            <w:proofErr w:type="spellStart"/>
            <w:r>
              <w:t>kopparlyster</w:t>
            </w:r>
            <w:proofErr w:type="spellEnd"/>
          </w:p>
        </w:tc>
        <w:tc>
          <w:tcPr>
            <w:tcW w:w="1410" w:type="dxa"/>
          </w:tcPr>
          <w:p w14:paraId="70BF36EA" w14:textId="648CF85D" w:rsidR="008768C5" w:rsidRDefault="008768C5">
            <w:pPr>
              <w:rPr>
                <w:rFonts w:hint="eastAsia"/>
              </w:rPr>
            </w:pPr>
            <w:proofErr w:type="gramStart"/>
            <w:r>
              <w:t>1.750</w:t>
            </w:r>
            <w:r w:rsidR="00D377E7">
              <w:t>:-</w:t>
            </w:r>
            <w:proofErr w:type="gramEnd"/>
          </w:p>
        </w:tc>
        <w:tc>
          <w:tcPr>
            <w:tcW w:w="1600" w:type="dxa"/>
          </w:tcPr>
          <w:p w14:paraId="72AA9FEC" w14:textId="0E86EDBF" w:rsidR="008768C5" w:rsidRDefault="008768C5">
            <w:pPr>
              <w:rPr>
                <w:rFonts w:hint="eastAsia"/>
                <w:lang w:val="sv-SE"/>
              </w:rPr>
            </w:pPr>
            <w:hyperlink r:id="rId26" w:history="1">
              <w:r w:rsidRPr="00FC4A08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6D0F30" w:rsidRPr="00FC4A08" w14:paraId="065543CA" w14:textId="77777777" w:rsidTr="00F620B9">
        <w:tc>
          <w:tcPr>
            <w:tcW w:w="1429" w:type="dxa"/>
          </w:tcPr>
          <w:p w14:paraId="2655A990" w14:textId="5D012635" w:rsidR="006D0F30" w:rsidRDefault="006D0F30">
            <w:pPr>
              <w:rPr>
                <w:rFonts w:hint="eastAsia"/>
              </w:rPr>
            </w:pPr>
            <w:r>
              <w:t xml:space="preserve">5 </w:t>
            </w:r>
            <w:proofErr w:type="spellStart"/>
            <w:r>
              <w:t>öre</w:t>
            </w:r>
            <w:proofErr w:type="spellEnd"/>
          </w:p>
        </w:tc>
        <w:tc>
          <w:tcPr>
            <w:tcW w:w="1408" w:type="dxa"/>
          </w:tcPr>
          <w:p w14:paraId="3F56D09B" w14:textId="334FAAD7" w:rsidR="006D0F30" w:rsidRDefault="006D0F30">
            <w:pPr>
              <w:rPr>
                <w:rFonts w:hint="eastAsia"/>
              </w:rPr>
            </w:pPr>
            <w:r>
              <w:t>1883</w:t>
            </w:r>
          </w:p>
        </w:tc>
        <w:tc>
          <w:tcPr>
            <w:tcW w:w="1422" w:type="dxa"/>
          </w:tcPr>
          <w:p w14:paraId="008DAC3E" w14:textId="18675C25" w:rsidR="006D0F30" w:rsidRDefault="006D0F30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770" w:type="dxa"/>
          </w:tcPr>
          <w:p w14:paraId="56158982" w14:textId="77777777" w:rsidR="006D0F30" w:rsidRDefault="006D0F30">
            <w:pPr>
              <w:rPr>
                <w:rFonts w:hint="eastAsia"/>
              </w:rPr>
            </w:pPr>
          </w:p>
        </w:tc>
        <w:tc>
          <w:tcPr>
            <w:tcW w:w="1410" w:type="dxa"/>
          </w:tcPr>
          <w:p w14:paraId="134928E8" w14:textId="17C03532" w:rsidR="006D0F30" w:rsidRDefault="006D0F30">
            <w:pPr>
              <w:rPr>
                <w:rFonts w:hint="eastAsia"/>
              </w:rPr>
            </w:pPr>
            <w:proofErr w:type="gramStart"/>
            <w:r>
              <w:t>800:-</w:t>
            </w:r>
            <w:proofErr w:type="gramEnd"/>
          </w:p>
        </w:tc>
        <w:tc>
          <w:tcPr>
            <w:tcW w:w="1600" w:type="dxa"/>
          </w:tcPr>
          <w:p w14:paraId="78B301B4" w14:textId="43C56D05" w:rsidR="006D0F30" w:rsidRDefault="006D0F30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</w:tbl>
    <w:p w14:paraId="00BEEEC3" w14:textId="77777777" w:rsidR="0050098D" w:rsidRPr="00FC4A08" w:rsidRDefault="0050098D">
      <w:pPr>
        <w:rPr>
          <w:rFonts w:hint="eastAsia"/>
          <w:lang w:val="sv-SE"/>
        </w:rPr>
      </w:pPr>
    </w:p>
    <w:p w14:paraId="37DA6FCE" w14:textId="77777777" w:rsidR="0050098D" w:rsidRDefault="00406940">
      <w:pPr>
        <w:pStyle w:val="Rubrik1"/>
      </w:pPr>
      <w:r>
        <w:t>Gustaf V (1907–1950)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7"/>
        <w:gridCol w:w="1437"/>
        <w:gridCol w:w="1438"/>
        <w:gridCol w:w="1443"/>
        <w:gridCol w:w="1437"/>
        <w:gridCol w:w="1438"/>
      </w:tblGrid>
      <w:tr w:rsidR="0050098D" w14:paraId="00D4CFE6" w14:textId="77777777">
        <w:tc>
          <w:tcPr>
            <w:tcW w:w="1440" w:type="dxa"/>
          </w:tcPr>
          <w:p w14:paraId="51FFF7D2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63D30B41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32639FE5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32F9E185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374D702D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30D5456A" w14:textId="6993BFB4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C312DE" w14:paraId="7FBDBA3A" w14:textId="77777777">
        <w:tc>
          <w:tcPr>
            <w:tcW w:w="1440" w:type="dxa"/>
          </w:tcPr>
          <w:p w14:paraId="7F385C9A" w14:textId="2E088244" w:rsidR="0050098D" w:rsidRDefault="004F4FBD">
            <w:pPr>
              <w:rPr>
                <w:rFonts w:hint="eastAsia"/>
              </w:rPr>
            </w:pPr>
            <w:r>
              <w:t>20 kronor</w:t>
            </w:r>
          </w:p>
        </w:tc>
        <w:tc>
          <w:tcPr>
            <w:tcW w:w="1440" w:type="dxa"/>
          </w:tcPr>
          <w:p w14:paraId="30458D0A" w14:textId="6BB6C127" w:rsidR="0050098D" w:rsidRDefault="004F4FBD">
            <w:pPr>
              <w:rPr>
                <w:rFonts w:hint="eastAsia"/>
              </w:rPr>
            </w:pPr>
            <w:r>
              <w:t>1925</w:t>
            </w:r>
          </w:p>
        </w:tc>
        <w:tc>
          <w:tcPr>
            <w:tcW w:w="1440" w:type="dxa"/>
          </w:tcPr>
          <w:p w14:paraId="774078D8" w14:textId="4A33D1BF" w:rsidR="0050098D" w:rsidRDefault="004F4FBD">
            <w:pPr>
              <w:rPr>
                <w:rFonts w:hint="eastAsia"/>
              </w:rPr>
            </w:pPr>
            <w:r>
              <w:t>01</w:t>
            </w:r>
          </w:p>
        </w:tc>
        <w:tc>
          <w:tcPr>
            <w:tcW w:w="1440" w:type="dxa"/>
          </w:tcPr>
          <w:p w14:paraId="7F68E9DB" w14:textId="4B54485C" w:rsidR="0050098D" w:rsidRDefault="004F4FBD">
            <w:pPr>
              <w:rPr>
                <w:rFonts w:hint="eastAsia"/>
              </w:rPr>
            </w:pPr>
            <w:proofErr w:type="spellStart"/>
            <w:r>
              <w:t>Guldmynt</w:t>
            </w:r>
            <w:proofErr w:type="spellEnd"/>
          </w:p>
        </w:tc>
        <w:tc>
          <w:tcPr>
            <w:tcW w:w="1440" w:type="dxa"/>
          </w:tcPr>
          <w:p w14:paraId="76E06C45" w14:textId="7BF216C5" w:rsidR="0050098D" w:rsidRDefault="004F4FBD">
            <w:pPr>
              <w:rPr>
                <w:rFonts w:hint="eastAsia"/>
              </w:rPr>
            </w:pPr>
            <w:r>
              <w:t>18.000 SEK</w:t>
            </w:r>
          </w:p>
        </w:tc>
        <w:tc>
          <w:tcPr>
            <w:tcW w:w="1440" w:type="dxa"/>
          </w:tcPr>
          <w:p w14:paraId="1AA67AB2" w14:textId="07F438F4" w:rsidR="0050098D" w:rsidRPr="00FC4A08" w:rsidRDefault="00406940">
            <w:pPr>
              <w:rPr>
                <w:rFonts w:hint="eastAsia"/>
                <w:lang w:val="sv-SE"/>
              </w:rPr>
            </w:pPr>
            <w:r w:rsidRPr="00FC4A08">
              <w:rPr>
                <w:lang w:val="sv-SE"/>
              </w:rPr>
              <w:t>[Klicka här]</w:t>
            </w:r>
          </w:p>
        </w:tc>
      </w:tr>
    </w:tbl>
    <w:p w14:paraId="2C9E52C9" w14:textId="77777777" w:rsidR="0050098D" w:rsidRPr="00FC4A08" w:rsidRDefault="0050098D">
      <w:pPr>
        <w:rPr>
          <w:rFonts w:hint="eastAsia"/>
          <w:lang w:val="sv-SE"/>
        </w:rPr>
      </w:pPr>
    </w:p>
    <w:p w14:paraId="50DAAB7B" w14:textId="77777777" w:rsidR="0050098D" w:rsidRDefault="00406940">
      <w:pPr>
        <w:pStyle w:val="Rubrik1"/>
      </w:pPr>
      <w:r>
        <w:lastRenderedPageBreak/>
        <w:t>Gustaf VI Adolf (1950–1973)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437"/>
        <w:gridCol w:w="1437"/>
        <w:gridCol w:w="1438"/>
        <w:gridCol w:w="1443"/>
        <w:gridCol w:w="1437"/>
        <w:gridCol w:w="1438"/>
      </w:tblGrid>
      <w:tr w:rsidR="0050098D" w14:paraId="338D04AF" w14:textId="77777777">
        <w:tc>
          <w:tcPr>
            <w:tcW w:w="1440" w:type="dxa"/>
          </w:tcPr>
          <w:p w14:paraId="6FF16BF1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40" w:type="dxa"/>
          </w:tcPr>
          <w:p w14:paraId="1BC6E9B9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40" w:type="dxa"/>
          </w:tcPr>
          <w:p w14:paraId="39012AB6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440" w:type="dxa"/>
          </w:tcPr>
          <w:p w14:paraId="7CD04D0C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40" w:type="dxa"/>
          </w:tcPr>
          <w:p w14:paraId="5E28C9C2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40" w:type="dxa"/>
          </w:tcPr>
          <w:p w14:paraId="5DD0EFD1" w14:textId="5CC7983B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FC4A08" w14:paraId="06F5EC6A" w14:textId="77777777">
        <w:tc>
          <w:tcPr>
            <w:tcW w:w="1440" w:type="dxa"/>
          </w:tcPr>
          <w:p w14:paraId="43F98CA9" w14:textId="03D563F9" w:rsidR="0050098D" w:rsidRDefault="00A62F41">
            <w:pPr>
              <w:rPr>
                <w:rFonts w:hint="eastAsia"/>
              </w:rPr>
            </w:pPr>
            <w:r>
              <w:t>1 krona</w:t>
            </w:r>
          </w:p>
        </w:tc>
        <w:tc>
          <w:tcPr>
            <w:tcW w:w="1440" w:type="dxa"/>
          </w:tcPr>
          <w:p w14:paraId="5795F620" w14:textId="203C3D9B" w:rsidR="0050098D" w:rsidRDefault="00A62F41">
            <w:pPr>
              <w:rPr>
                <w:rFonts w:hint="eastAsia"/>
              </w:rPr>
            </w:pPr>
            <w:r>
              <w:t>1957</w:t>
            </w:r>
          </w:p>
        </w:tc>
        <w:tc>
          <w:tcPr>
            <w:tcW w:w="1440" w:type="dxa"/>
          </w:tcPr>
          <w:p w14:paraId="2F101573" w14:textId="6BD48B66" w:rsidR="0050098D" w:rsidRDefault="008515F6">
            <w:pPr>
              <w:rPr>
                <w:rFonts w:hint="eastAsia"/>
              </w:rPr>
            </w:pPr>
            <w:r>
              <w:t>0-</w:t>
            </w:r>
          </w:p>
        </w:tc>
        <w:tc>
          <w:tcPr>
            <w:tcW w:w="1440" w:type="dxa"/>
          </w:tcPr>
          <w:p w14:paraId="17139EDE" w14:textId="371D6CBA" w:rsidR="0050098D" w:rsidRDefault="008515F6">
            <w:pPr>
              <w:rPr>
                <w:rFonts w:hint="eastAsia"/>
              </w:rPr>
            </w:pPr>
            <w:r>
              <w:t>MS65</w:t>
            </w:r>
          </w:p>
        </w:tc>
        <w:tc>
          <w:tcPr>
            <w:tcW w:w="1440" w:type="dxa"/>
          </w:tcPr>
          <w:p w14:paraId="66C26611" w14:textId="1C3B7F74" w:rsidR="0050098D" w:rsidRDefault="00406940">
            <w:pPr>
              <w:rPr>
                <w:rFonts w:hint="eastAsia"/>
              </w:rPr>
            </w:pPr>
            <w:r>
              <w:t>600 SEK</w:t>
            </w:r>
          </w:p>
        </w:tc>
        <w:tc>
          <w:tcPr>
            <w:tcW w:w="1440" w:type="dxa"/>
          </w:tcPr>
          <w:p w14:paraId="4AD27597" w14:textId="6539D06D" w:rsidR="0050098D" w:rsidRPr="00FC4A08" w:rsidRDefault="00406940">
            <w:pPr>
              <w:rPr>
                <w:rFonts w:hint="eastAsia"/>
                <w:lang w:val="sv-SE"/>
              </w:rPr>
            </w:pPr>
            <w:hyperlink r:id="rId27" w:history="1">
              <w:r w:rsidRPr="008515F6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8515F6" w:rsidRPr="00FC4A08" w14:paraId="15AC4763" w14:textId="77777777">
        <w:tc>
          <w:tcPr>
            <w:tcW w:w="1440" w:type="dxa"/>
          </w:tcPr>
          <w:p w14:paraId="0A6BDA0D" w14:textId="230CF1BB" w:rsidR="008515F6" w:rsidRDefault="008515F6">
            <w:pPr>
              <w:rPr>
                <w:rFonts w:hint="eastAsia"/>
              </w:rPr>
            </w:pPr>
            <w:r>
              <w:t xml:space="preserve">25 </w:t>
            </w:r>
            <w:proofErr w:type="spellStart"/>
            <w:r>
              <w:t>öre</w:t>
            </w:r>
            <w:proofErr w:type="spellEnd"/>
          </w:p>
        </w:tc>
        <w:tc>
          <w:tcPr>
            <w:tcW w:w="1440" w:type="dxa"/>
          </w:tcPr>
          <w:p w14:paraId="6698DB45" w14:textId="4B65892A" w:rsidR="008515F6" w:rsidRDefault="008515F6">
            <w:pPr>
              <w:rPr>
                <w:rFonts w:hint="eastAsia"/>
              </w:rPr>
            </w:pPr>
            <w:r>
              <w:t>1957</w:t>
            </w:r>
          </w:p>
        </w:tc>
        <w:tc>
          <w:tcPr>
            <w:tcW w:w="1440" w:type="dxa"/>
          </w:tcPr>
          <w:p w14:paraId="1120C8E6" w14:textId="2A631B9B" w:rsidR="008515F6" w:rsidRDefault="008515F6">
            <w:pPr>
              <w:rPr>
                <w:rFonts w:hint="eastAsia"/>
              </w:rPr>
            </w:pPr>
            <w:r>
              <w:t>0-</w:t>
            </w:r>
          </w:p>
        </w:tc>
        <w:tc>
          <w:tcPr>
            <w:tcW w:w="1440" w:type="dxa"/>
          </w:tcPr>
          <w:p w14:paraId="31C7E96F" w14:textId="360CD267" w:rsidR="008515F6" w:rsidRDefault="008515F6">
            <w:pPr>
              <w:rPr>
                <w:rFonts w:hint="eastAsia"/>
              </w:rPr>
            </w:pPr>
            <w:r>
              <w:t>MS65</w:t>
            </w:r>
          </w:p>
        </w:tc>
        <w:tc>
          <w:tcPr>
            <w:tcW w:w="1440" w:type="dxa"/>
          </w:tcPr>
          <w:p w14:paraId="5D5324E8" w14:textId="76B90CB6" w:rsidR="008515F6" w:rsidRDefault="00406940">
            <w:pPr>
              <w:rPr>
                <w:rFonts w:hint="eastAsia"/>
              </w:rPr>
            </w:pPr>
            <w:r>
              <w:t>600 SEK</w:t>
            </w:r>
          </w:p>
        </w:tc>
        <w:tc>
          <w:tcPr>
            <w:tcW w:w="1440" w:type="dxa"/>
          </w:tcPr>
          <w:p w14:paraId="59BBD376" w14:textId="0374C7AC" w:rsidR="008515F6" w:rsidRDefault="008515F6">
            <w:pPr>
              <w:rPr>
                <w:rFonts w:hint="eastAsia"/>
                <w:lang w:val="sv-SE"/>
              </w:rPr>
            </w:pPr>
            <w:hyperlink r:id="rId28" w:history="1">
              <w:r w:rsidRPr="008515F6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8515F6" w:rsidRPr="00FC4A08" w14:paraId="0411ACAC" w14:textId="77777777">
        <w:tc>
          <w:tcPr>
            <w:tcW w:w="1440" w:type="dxa"/>
          </w:tcPr>
          <w:p w14:paraId="737F96FC" w14:textId="70A30BFD" w:rsidR="008515F6" w:rsidRDefault="008515F6">
            <w:pPr>
              <w:rPr>
                <w:rFonts w:hint="eastAsia"/>
              </w:rPr>
            </w:pPr>
            <w:r>
              <w:t xml:space="preserve">10 </w:t>
            </w:r>
            <w:proofErr w:type="spellStart"/>
            <w:r>
              <w:t>öre</w:t>
            </w:r>
            <w:proofErr w:type="spellEnd"/>
          </w:p>
        </w:tc>
        <w:tc>
          <w:tcPr>
            <w:tcW w:w="1440" w:type="dxa"/>
          </w:tcPr>
          <w:p w14:paraId="00D02834" w14:textId="3601C3E6" w:rsidR="008515F6" w:rsidRDefault="00746A38">
            <w:pPr>
              <w:rPr>
                <w:rFonts w:hint="eastAsia"/>
              </w:rPr>
            </w:pPr>
            <w:r>
              <w:t>1955</w:t>
            </w:r>
          </w:p>
        </w:tc>
        <w:tc>
          <w:tcPr>
            <w:tcW w:w="1440" w:type="dxa"/>
          </w:tcPr>
          <w:p w14:paraId="4CA300AC" w14:textId="550479A9" w:rsidR="008515F6" w:rsidRDefault="008515F6">
            <w:pPr>
              <w:rPr>
                <w:rFonts w:hint="eastAsia"/>
              </w:rPr>
            </w:pPr>
            <w:r>
              <w:t>0-</w:t>
            </w:r>
          </w:p>
        </w:tc>
        <w:tc>
          <w:tcPr>
            <w:tcW w:w="1440" w:type="dxa"/>
          </w:tcPr>
          <w:p w14:paraId="245D9FA7" w14:textId="77400CFE" w:rsidR="008515F6" w:rsidRDefault="008515F6">
            <w:pPr>
              <w:rPr>
                <w:rFonts w:hint="eastAsia"/>
              </w:rPr>
            </w:pPr>
            <w:r>
              <w:t>MS65</w:t>
            </w:r>
          </w:p>
        </w:tc>
        <w:tc>
          <w:tcPr>
            <w:tcW w:w="1440" w:type="dxa"/>
          </w:tcPr>
          <w:p w14:paraId="36C28E74" w14:textId="79A02080" w:rsidR="008515F6" w:rsidRDefault="00406940">
            <w:pPr>
              <w:rPr>
                <w:rFonts w:hint="eastAsia"/>
              </w:rPr>
            </w:pPr>
            <w:r>
              <w:t>600 SEK</w:t>
            </w:r>
          </w:p>
        </w:tc>
        <w:tc>
          <w:tcPr>
            <w:tcW w:w="1440" w:type="dxa"/>
          </w:tcPr>
          <w:p w14:paraId="60DFC83D" w14:textId="4C661C19" w:rsidR="008515F6" w:rsidRDefault="008515F6">
            <w:pPr>
              <w:rPr>
                <w:rFonts w:hint="eastAsia"/>
                <w:lang w:val="sv-SE"/>
              </w:rPr>
            </w:pPr>
            <w:hyperlink r:id="rId29" w:history="1">
              <w:r w:rsidRPr="008515F6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</w:tbl>
    <w:p w14:paraId="237B47B8" w14:textId="77777777" w:rsidR="0050098D" w:rsidRPr="008515F6" w:rsidRDefault="0050098D">
      <w:pPr>
        <w:rPr>
          <w:rFonts w:hint="eastAsia"/>
        </w:rPr>
      </w:pPr>
    </w:p>
    <w:p w14:paraId="4B7B33F0" w14:textId="77777777" w:rsidR="0050098D" w:rsidRDefault="00406940">
      <w:pPr>
        <w:pStyle w:val="Rubrik1"/>
      </w:pPr>
      <w:r>
        <w:t>Carl XVI Gustaf (1973– )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387"/>
        <w:gridCol w:w="1368"/>
        <w:gridCol w:w="1396"/>
        <w:gridCol w:w="1724"/>
        <w:gridCol w:w="1366"/>
        <w:gridCol w:w="1389"/>
      </w:tblGrid>
      <w:tr w:rsidR="0050098D" w14:paraId="4D439A03" w14:textId="77777777" w:rsidTr="006D0F30">
        <w:tc>
          <w:tcPr>
            <w:tcW w:w="1428" w:type="dxa"/>
          </w:tcPr>
          <w:p w14:paraId="50844CB6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Valör</w:t>
            </w:r>
            <w:proofErr w:type="spellEnd"/>
          </w:p>
        </w:tc>
        <w:tc>
          <w:tcPr>
            <w:tcW w:w="1424" w:type="dxa"/>
          </w:tcPr>
          <w:p w14:paraId="7E7FC9BD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År</w:t>
            </w:r>
            <w:proofErr w:type="spellEnd"/>
          </w:p>
        </w:tc>
        <w:tc>
          <w:tcPr>
            <w:tcW w:w="1430" w:type="dxa"/>
          </w:tcPr>
          <w:p w14:paraId="076B5FE2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Kvalitet</w:t>
            </w:r>
            <w:proofErr w:type="spellEnd"/>
          </w:p>
        </w:tc>
        <w:tc>
          <w:tcPr>
            <w:tcW w:w="1724" w:type="dxa"/>
          </w:tcPr>
          <w:p w14:paraId="3D4A1D45" w14:textId="77777777" w:rsidR="0050098D" w:rsidRDefault="00406940">
            <w:pPr>
              <w:rPr>
                <w:rFonts w:hint="eastAsia"/>
              </w:rPr>
            </w:pPr>
            <w:proofErr w:type="spellStart"/>
            <w:r>
              <w:t>Kommentar</w:t>
            </w:r>
            <w:proofErr w:type="spellEnd"/>
          </w:p>
        </w:tc>
        <w:tc>
          <w:tcPr>
            <w:tcW w:w="1421" w:type="dxa"/>
          </w:tcPr>
          <w:p w14:paraId="5F51B46F" w14:textId="77777777" w:rsidR="0050098D" w:rsidRDefault="00406940">
            <w:pPr>
              <w:rPr>
                <w:rFonts w:hint="eastAsia"/>
              </w:rPr>
            </w:pPr>
            <w:r>
              <w:t>Pris</w:t>
            </w:r>
          </w:p>
        </w:tc>
        <w:tc>
          <w:tcPr>
            <w:tcW w:w="1429" w:type="dxa"/>
          </w:tcPr>
          <w:p w14:paraId="5C83F464" w14:textId="5BAF5A87" w:rsidR="0050098D" w:rsidRDefault="00EE1DB4">
            <w:pPr>
              <w:rPr>
                <w:rFonts w:hint="eastAsia"/>
              </w:rPr>
            </w:pPr>
            <w:r>
              <w:t>Film</w:t>
            </w:r>
            <w:r w:rsidR="00406940">
              <w:t xml:space="preserve"> (</w:t>
            </w:r>
            <w:proofErr w:type="spellStart"/>
            <w:r w:rsidR="00406940">
              <w:t>infoga</w:t>
            </w:r>
            <w:proofErr w:type="spellEnd"/>
            <w:r w:rsidR="00406940">
              <w:t xml:space="preserve"> </w:t>
            </w:r>
            <w:proofErr w:type="spellStart"/>
            <w:r w:rsidR="00406940">
              <w:t>här</w:t>
            </w:r>
            <w:proofErr w:type="spellEnd"/>
            <w:r w:rsidR="00406940">
              <w:t>)</w:t>
            </w:r>
          </w:p>
        </w:tc>
      </w:tr>
      <w:tr w:rsidR="0050098D" w:rsidRPr="00FC4A08" w14:paraId="18B28C41" w14:textId="77777777" w:rsidTr="006D0F30">
        <w:tc>
          <w:tcPr>
            <w:tcW w:w="1428" w:type="dxa"/>
          </w:tcPr>
          <w:p w14:paraId="35783E55" w14:textId="33B0EA58" w:rsidR="0050098D" w:rsidRDefault="00EE1DB4">
            <w:pPr>
              <w:rPr>
                <w:rFonts w:hint="eastAsia"/>
              </w:rPr>
            </w:pPr>
            <w:r>
              <w:t>10 kronor</w:t>
            </w:r>
          </w:p>
        </w:tc>
        <w:tc>
          <w:tcPr>
            <w:tcW w:w="1424" w:type="dxa"/>
          </w:tcPr>
          <w:p w14:paraId="60FC032A" w14:textId="432BF1AC" w:rsidR="0050098D" w:rsidRDefault="00EE1DB4">
            <w:pPr>
              <w:rPr>
                <w:rFonts w:hint="eastAsia"/>
              </w:rPr>
            </w:pPr>
            <w:r>
              <w:t>1991</w:t>
            </w:r>
          </w:p>
        </w:tc>
        <w:tc>
          <w:tcPr>
            <w:tcW w:w="1430" w:type="dxa"/>
          </w:tcPr>
          <w:p w14:paraId="3F125C9E" w14:textId="4B4C49C8" w:rsidR="0050098D" w:rsidRDefault="00EE1DB4">
            <w:pPr>
              <w:rPr>
                <w:rFonts w:hint="eastAsia"/>
              </w:rPr>
            </w:pPr>
            <w:r>
              <w:t>01/0</w:t>
            </w:r>
          </w:p>
        </w:tc>
        <w:tc>
          <w:tcPr>
            <w:tcW w:w="1724" w:type="dxa"/>
          </w:tcPr>
          <w:p w14:paraId="3E77E4A0" w14:textId="6A1FB6C2" w:rsidR="0050098D" w:rsidRDefault="00EE1DB4">
            <w:pPr>
              <w:rPr>
                <w:rFonts w:hint="eastAsia"/>
              </w:rPr>
            </w:pPr>
            <w:r>
              <w:t xml:space="preserve">180 grader </w:t>
            </w:r>
            <w:proofErr w:type="spellStart"/>
            <w:r>
              <w:t>stampvridning</w:t>
            </w:r>
            <w:proofErr w:type="spellEnd"/>
          </w:p>
        </w:tc>
        <w:tc>
          <w:tcPr>
            <w:tcW w:w="1421" w:type="dxa"/>
          </w:tcPr>
          <w:p w14:paraId="188AB60E" w14:textId="1B838675" w:rsidR="0050098D" w:rsidRDefault="00B72085">
            <w:pPr>
              <w:rPr>
                <w:rFonts w:hint="eastAsia"/>
              </w:rPr>
            </w:pPr>
            <w:r>
              <w:t>850</w:t>
            </w:r>
            <w:r w:rsidR="00EE1DB4">
              <w:t xml:space="preserve"> SEK</w:t>
            </w:r>
          </w:p>
        </w:tc>
        <w:tc>
          <w:tcPr>
            <w:tcW w:w="1429" w:type="dxa"/>
          </w:tcPr>
          <w:p w14:paraId="1C76E817" w14:textId="7A6C7C15" w:rsidR="0050098D" w:rsidRPr="00FC4A08" w:rsidRDefault="00406940">
            <w:pPr>
              <w:rPr>
                <w:rFonts w:hint="eastAsia"/>
                <w:lang w:val="sv-SE"/>
              </w:rPr>
            </w:pPr>
            <w:hyperlink r:id="rId30" w:history="1">
              <w:r w:rsidRPr="00EE1DB4">
                <w:rPr>
                  <w:rStyle w:val="Hyperlnk"/>
                  <w:lang w:val="sv-SE"/>
                </w:rPr>
                <w:t>[Klicka här]</w:t>
              </w:r>
            </w:hyperlink>
          </w:p>
        </w:tc>
      </w:tr>
      <w:tr w:rsidR="006D0F30" w:rsidRPr="00FC4A08" w14:paraId="6D2BD90A" w14:textId="77777777" w:rsidTr="006D0F30">
        <w:tc>
          <w:tcPr>
            <w:tcW w:w="1428" w:type="dxa"/>
          </w:tcPr>
          <w:p w14:paraId="2808347E" w14:textId="62A90A71" w:rsidR="006D0F30" w:rsidRDefault="006D0F30">
            <w:pPr>
              <w:rPr>
                <w:rFonts w:hint="eastAsia"/>
              </w:rPr>
            </w:pPr>
            <w:r>
              <w:t>10 kronor</w:t>
            </w:r>
          </w:p>
        </w:tc>
        <w:tc>
          <w:tcPr>
            <w:tcW w:w="1424" w:type="dxa"/>
          </w:tcPr>
          <w:p w14:paraId="5DD28157" w14:textId="0403865A" w:rsidR="006D0F30" w:rsidRDefault="006D0F30">
            <w:pPr>
              <w:rPr>
                <w:rFonts w:hint="eastAsia"/>
              </w:rPr>
            </w:pPr>
            <w:r>
              <w:t>1991</w:t>
            </w:r>
          </w:p>
        </w:tc>
        <w:tc>
          <w:tcPr>
            <w:tcW w:w="1430" w:type="dxa"/>
          </w:tcPr>
          <w:p w14:paraId="6FB8CFF4" w14:textId="12912257" w:rsidR="006D0F30" w:rsidRDefault="006D0F30">
            <w:pPr>
              <w:rPr>
                <w:rFonts w:hint="eastAsia"/>
              </w:rPr>
            </w:pPr>
            <w:r>
              <w:t>1+</w:t>
            </w:r>
          </w:p>
        </w:tc>
        <w:tc>
          <w:tcPr>
            <w:tcW w:w="1724" w:type="dxa"/>
          </w:tcPr>
          <w:p w14:paraId="200EAC51" w14:textId="70793520" w:rsidR="006D0F30" w:rsidRDefault="006D0F30">
            <w:pPr>
              <w:rPr>
                <w:rFonts w:hint="eastAsia"/>
              </w:rPr>
            </w:pPr>
            <w:proofErr w:type="spellStart"/>
            <w:r>
              <w:t>Ryss</w:t>
            </w:r>
            <w:proofErr w:type="spellEnd"/>
            <w:r>
              <w:t>-Tia</w:t>
            </w:r>
          </w:p>
        </w:tc>
        <w:tc>
          <w:tcPr>
            <w:tcW w:w="1421" w:type="dxa"/>
          </w:tcPr>
          <w:p w14:paraId="6DF56FD2" w14:textId="4CC5CE30" w:rsidR="006D0F30" w:rsidRDefault="006D0F30">
            <w:pPr>
              <w:rPr>
                <w:rFonts w:hint="eastAsia"/>
              </w:rPr>
            </w:pPr>
            <w:proofErr w:type="gramStart"/>
            <w:r>
              <w:t>500:-</w:t>
            </w:r>
            <w:proofErr w:type="gramEnd"/>
          </w:p>
        </w:tc>
        <w:tc>
          <w:tcPr>
            <w:tcW w:w="1429" w:type="dxa"/>
          </w:tcPr>
          <w:p w14:paraId="7BCFC7AB" w14:textId="5B83EA6B" w:rsidR="006D0F30" w:rsidRDefault="006D0F30">
            <w:pPr>
              <w:rPr>
                <w:rFonts w:hint="eastAsia"/>
              </w:rPr>
            </w:pPr>
            <w:r w:rsidRPr="00AA4D44">
              <w:rPr>
                <w:lang w:val="sv-SE"/>
              </w:rPr>
              <w:t>[Klicka här]</w:t>
            </w:r>
          </w:p>
        </w:tc>
      </w:tr>
    </w:tbl>
    <w:p w14:paraId="4F407AF9" w14:textId="77777777" w:rsidR="008E3E11" w:rsidRPr="00FC4A08" w:rsidRDefault="008E3E11">
      <w:pPr>
        <w:rPr>
          <w:rFonts w:hint="eastAsia"/>
          <w:lang w:val="sv-SE"/>
        </w:rPr>
      </w:pPr>
    </w:p>
    <w:sectPr w:rsidR="008E3E11" w:rsidRPr="00FC4A08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morant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Numreradlist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Numreradlist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Punktlista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Punktlista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Numreradlist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Punktlist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900022670">
    <w:abstractNumId w:val="8"/>
  </w:num>
  <w:num w:numId="2" w16cid:durableId="407194537">
    <w:abstractNumId w:val="6"/>
  </w:num>
  <w:num w:numId="3" w16cid:durableId="786507400">
    <w:abstractNumId w:val="5"/>
  </w:num>
  <w:num w:numId="4" w16cid:durableId="332031236">
    <w:abstractNumId w:val="4"/>
  </w:num>
  <w:num w:numId="5" w16cid:durableId="1225146609">
    <w:abstractNumId w:val="7"/>
  </w:num>
  <w:num w:numId="6" w16cid:durableId="1930120047">
    <w:abstractNumId w:val="3"/>
  </w:num>
  <w:num w:numId="7" w16cid:durableId="1931113037">
    <w:abstractNumId w:val="2"/>
  </w:num>
  <w:num w:numId="8" w16cid:durableId="655182123">
    <w:abstractNumId w:val="1"/>
  </w:num>
  <w:num w:numId="9" w16cid:durableId="15080610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16721"/>
    <w:rsid w:val="0002688D"/>
    <w:rsid w:val="00034616"/>
    <w:rsid w:val="0006063C"/>
    <w:rsid w:val="00061354"/>
    <w:rsid w:val="000C5461"/>
    <w:rsid w:val="000E311C"/>
    <w:rsid w:val="000E63A3"/>
    <w:rsid w:val="000F37A9"/>
    <w:rsid w:val="0015074B"/>
    <w:rsid w:val="00153D82"/>
    <w:rsid w:val="00163E94"/>
    <w:rsid w:val="00175E73"/>
    <w:rsid w:val="001A3496"/>
    <w:rsid w:val="001A7CBA"/>
    <w:rsid w:val="00270BD0"/>
    <w:rsid w:val="0029639D"/>
    <w:rsid w:val="002E04B5"/>
    <w:rsid w:val="003159B6"/>
    <w:rsid w:val="00322F78"/>
    <w:rsid w:val="00326F90"/>
    <w:rsid w:val="00333AD1"/>
    <w:rsid w:val="00385FAF"/>
    <w:rsid w:val="003878DD"/>
    <w:rsid w:val="00396168"/>
    <w:rsid w:val="00406940"/>
    <w:rsid w:val="00450A68"/>
    <w:rsid w:val="0048466D"/>
    <w:rsid w:val="00490C4B"/>
    <w:rsid w:val="004F4FBD"/>
    <w:rsid w:val="0050098D"/>
    <w:rsid w:val="00513045"/>
    <w:rsid w:val="005529D9"/>
    <w:rsid w:val="00557C09"/>
    <w:rsid w:val="005C4BA6"/>
    <w:rsid w:val="006129CD"/>
    <w:rsid w:val="00613DA7"/>
    <w:rsid w:val="00676AFF"/>
    <w:rsid w:val="006B6196"/>
    <w:rsid w:val="006D0F30"/>
    <w:rsid w:val="006E0055"/>
    <w:rsid w:val="006E2874"/>
    <w:rsid w:val="00710382"/>
    <w:rsid w:val="007212E0"/>
    <w:rsid w:val="00737DDF"/>
    <w:rsid w:val="00746A38"/>
    <w:rsid w:val="00763262"/>
    <w:rsid w:val="00776937"/>
    <w:rsid w:val="00781348"/>
    <w:rsid w:val="007C0C26"/>
    <w:rsid w:val="007E2312"/>
    <w:rsid w:val="007E3B95"/>
    <w:rsid w:val="00821088"/>
    <w:rsid w:val="00833384"/>
    <w:rsid w:val="008515F6"/>
    <w:rsid w:val="0085234B"/>
    <w:rsid w:val="0087136E"/>
    <w:rsid w:val="00872030"/>
    <w:rsid w:val="0087513B"/>
    <w:rsid w:val="008751C0"/>
    <w:rsid w:val="00875EAC"/>
    <w:rsid w:val="008768C5"/>
    <w:rsid w:val="008E3E11"/>
    <w:rsid w:val="008E6500"/>
    <w:rsid w:val="008F1FD7"/>
    <w:rsid w:val="0092043B"/>
    <w:rsid w:val="00937055"/>
    <w:rsid w:val="009978B9"/>
    <w:rsid w:val="00A14AF1"/>
    <w:rsid w:val="00A276C8"/>
    <w:rsid w:val="00A379AC"/>
    <w:rsid w:val="00A5271B"/>
    <w:rsid w:val="00A62F41"/>
    <w:rsid w:val="00A76F25"/>
    <w:rsid w:val="00AA1D8D"/>
    <w:rsid w:val="00AA4D44"/>
    <w:rsid w:val="00AD4D40"/>
    <w:rsid w:val="00AE6AF3"/>
    <w:rsid w:val="00AF7789"/>
    <w:rsid w:val="00B04659"/>
    <w:rsid w:val="00B20879"/>
    <w:rsid w:val="00B3297E"/>
    <w:rsid w:val="00B47730"/>
    <w:rsid w:val="00B60B1B"/>
    <w:rsid w:val="00B61934"/>
    <w:rsid w:val="00B72085"/>
    <w:rsid w:val="00B82FA4"/>
    <w:rsid w:val="00B95155"/>
    <w:rsid w:val="00BB7631"/>
    <w:rsid w:val="00BF4064"/>
    <w:rsid w:val="00BF49A4"/>
    <w:rsid w:val="00C16A62"/>
    <w:rsid w:val="00C17F18"/>
    <w:rsid w:val="00C207D6"/>
    <w:rsid w:val="00C312DE"/>
    <w:rsid w:val="00CA147E"/>
    <w:rsid w:val="00CB0664"/>
    <w:rsid w:val="00CD3379"/>
    <w:rsid w:val="00CD5174"/>
    <w:rsid w:val="00D0104A"/>
    <w:rsid w:val="00D0380C"/>
    <w:rsid w:val="00D101D1"/>
    <w:rsid w:val="00D22804"/>
    <w:rsid w:val="00D33237"/>
    <w:rsid w:val="00D339EC"/>
    <w:rsid w:val="00D377E7"/>
    <w:rsid w:val="00D504B7"/>
    <w:rsid w:val="00D52B55"/>
    <w:rsid w:val="00E417CC"/>
    <w:rsid w:val="00E5559F"/>
    <w:rsid w:val="00E64922"/>
    <w:rsid w:val="00E64C1D"/>
    <w:rsid w:val="00E965D6"/>
    <w:rsid w:val="00EB7725"/>
    <w:rsid w:val="00ED39C8"/>
    <w:rsid w:val="00ED4BFC"/>
    <w:rsid w:val="00EE1DB4"/>
    <w:rsid w:val="00F253BB"/>
    <w:rsid w:val="00F620B9"/>
    <w:rsid w:val="00F7624A"/>
    <w:rsid w:val="00F82B74"/>
    <w:rsid w:val="00FC4A08"/>
    <w:rsid w:val="00FC693F"/>
    <w:rsid w:val="00FF3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12DEB07"/>
  <w14:defaultImageDpi w14:val="300"/>
  <w15:docId w15:val="{ECEA3F94-D43F-45F7-A9AA-C7677BE65E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  <w:rPr>
      <w:rFonts w:ascii="Cormorant" w:hAnsi="Cormorant"/>
      <w:sz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next w:val="Normal"/>
    <w:link w:val="Rubrik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Rubrik3">
    <w:name w:val="heading 3"/>
    <w:basedOn w:val="Normal"/>
    <w:next w:val="Normal"/>
    <w:link w:val="Rubrik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6">
    <w:name w:val="heading 6"/>
    <w:basedOn w:val="Normal"/>
    <w:next w:val="Normal"/>
    <w:link w:val="Rubrik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E618BF"/>
  </w:style>
  <w:style w:type="paragraph" w:styleId="Sidfot">
    <w:name w:val="footer"/>
    <w:basedOn w:val="Normal"/>
    <w:link w:val="Sidfo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  <w:rsid w:val="00E618BF"/>
  </w:style>
  <w:style w:type="paragraph" w:styleId="Ingetavstnd">
    <w:name w:val="No Spacing"/>
    <w:uiPriority w:val="1"/>
    <w:qFormat/>
    <w:rsid w:val="00FC693F"/>
    <w:pPr>
      <w:spacing w:after="0" w:line="240" w:lineRule="auto"/>
    </w:pPr>
  </w:style>
  <w:style w:type="character" w:customStyle="1" w:styleId="Rubrik1Char">
    <w:name w:val="Rubrik 1 Char"/>
    <w:basedOn w:val="Standardstycketeckensnitt"/>
    <w:link w:val="Rubrik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Rubrik2Char">
    <w:name w:val="Rubrik 2 Char"/>
    <w:basedOn w:val="Standardstycketeckensnitt"/>
    <w:link w:val="Rubrik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Rubrik3Char">
    <w:name w:val="Rubrik 3 Char"/>
    <w:basedOn w:val="Standardstycketeckensnitt"/>
    <w:link w:val="Rubrik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Rubrik">
    <w:name w:val="Title"/>
    <w:basedOn w:val="Normal"/>
    <w:next w:val="Normal"/>
    <w:link w:val="Rubrik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RubrikChar">
    <w:name w:val="Rubrik Char"/>
    <w:basedOn w:val="Standardstycketeckensnitt"/>
    <w:link w:val="Rubrik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Underrubrik">
    <w:name w:val="Subtitle"/>
    <w:basedOn w:val="Normal"/>
    <w:next w:val="Normal"/>
    <w:link w:val="Underrubrik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UnderrubrikChar">
    <w:name w:val="Underrubrik Char"/>
    <w:basedOn w:val="Standardstycketeckensnitt"/>
    <w:link w:val="Underrubrik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stycke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rdtext">
    <w:name w:val="Body Text"/>
    <w:basedOn w:val="Normal"/>
    <w:link w:val="BrdtextChar"/>
    <w:uiPriority w:val="99"/>
    <w:unhideWhenUsed/>
    <w:rsid w:val="00AA1D8D"/>
    <w:pPr>
      <w:spacing w:after="120"/>
    </w:pPr>
  </w:style>
  <w:style w:type="character" w:customStyle="1" w:styleId="BrdtextChar">
    <w:name w:val="Brödtext Char"/>
    <w:basedOn w:val="Standardstycketeckensnitt"/>
    <w:link w:val="Brdtext"/>
    <w:uiPriority w:val="99"/>
    <w:rsid w:val="00AA1D8D"/>
  </w:style>
  <w:style w:type="paragraph" w:styleId="Brdtext2">
    <w:name w:val="Body Text 2"/>
    <w:basedOn w:val="Normal"/>
    <w:link w:val="Brdtext2Char"/>
    <w:uiPriority w:val="99"/>
    <w:unhideWhenUsed/>
    <w:rsid w:val="00AA1D8D"/>
    <w:pPr>
      <w:spacing w:after="120" w:line="480" w:lineRule="auto"/>
    </w:pPr>
  </w:style>
  <w:style w:type="character" w:customStyle="1" w:styleId="Brdtext2Char">
    <w:name w:val="Brödtext 2 Char"/>
    <w:basedOn w:val="Standardstycketeckensnitt"/>
    <w:link w:val="Brdtext2"/>
    <w:uiPriority w:val="99"/>
    <w:rsid w:val="00AA1D8D"/>
  </w:style>
  <w:style w:type="paragraph" w:styleId="Brdtext3">
    <w:name w:val="Body Text 3"/>
    <w:basedOn w:val="Normal"/>
    <w:link w:val="Brd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rdtext3Char">
    <w:name w:val="Brödtext 3 Char"/>
    <w:basedOn w:val="Standardstycketeckensnitt"/>
    <w:link w:val="Brdtext3"/>
    <w:uiPriority w:val="99"/>
    <w:rsid w:val="00AA1D8D"/>
    <w:rPr>
      <w:sz w:val="16"/>
      <w:szCs w:val="16"/>
    </w:rPr>
  </w:style>
  <w:style w:type="paragraph" w:styleId="Lista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Punktlista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Punktlista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Punktlista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Numreradlista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Numreradlista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Numreradlista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afortstt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afortstt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afortstt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krotext">
    <w:name w:val="macro"/>
    <w:link w:val="Mak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krotextChar">
    <w:name w:val="Makrotext Char"/>
    <w:basedOn w:val="Standardstycketeckensnitt"/>
    <w:link w:val="Makrotext"/>
    <w:uiPriority w:val="99"/>
    <w:rsid w:val="0029639D"/>
    <w:rPr>
      <w:rFonts w:ascii="Courier" w:hAnsi="Courier"/>
      <w:sz w:val="20"/>
      <w:szCs w:val="20"/>
    </w:rPr>
  </w:style>
  <w:style w:type="paragraph" w:styleId="Citat">
    <w:name w:val="Quote"/>
    <w:basedOn w:val="Normal"/>
    <w:next w:val="Normal"/>
    <w:link w:val="CitatChar"/>
    <w:uiPriority w:val="29"/>
    <w:qFormat/>
    <w:rsid w:val="00FC693F"/>
    <w:rPr>
      <w:i/>
      <w:iCs/>
      <w:color w:val="000000" w:themeColor="text1"/>
    </w:rPr>
  </w:style>
  <w:style w:type="character" w:customStyle="1" w:styleId="CitatChar">
    <w:name w:val="Citat Char"/>
    <w:basedOn w:val="Standardstycketeckensnitt"/>
    <w:link w:val="Citat"/>
    <w:uiPriority w:val="29"/>
    <w:rsid w:val="00FC693F"/>
    <w:rPr>
      <w:i/>
      <w:iCs/>
      <w:color w:val="000000" w:themeColor="text1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Rubrik6Char">
    <w:name w:val="Rubrik 6 Char"/>
    <w:basedOn w:val="Standardstycketeckensnitt"/>
    <w:link w:val="Rubrik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krivning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ark">
    <w:name w:val="Strong"/>
    <w:basedOn w:val="Standardstycketeckensnitt"/>
    <w:uiPriority w:val="22"/>
    <w:qFormat/>
    <w:rsid w:val="00FC693F"/>
    <w:rPr>
      <w:b/>
      <w:bCs/>
    </w:rPr>
  </w:style>
  <w:style w:type="character" w:styleId="Betoning">
    <w:name w:val="Emphasis"/>
    <w:basedOn w:val="Standardstycketeckensnitt"/>
    <w:uiPriority w:val="20"/>
    <w:qFormat/>
    <w:rsid w:val="00FC693F"/>
    <w:rPr>
      <w:i/>
      <w:iCs/>
    </w:rPr>
  </w:style>
  <w:style w:type="paragraph" w:styleId="Starktcitat">
    <w:name w:val="Intense Quote"/>
    <w:basedOn w:val="Normal"/>
    <w:next w:val="Normal"/>
    <w:link w:val="Starktcita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FC693F"/>
    <w:rPr>
      <w:b/>
      <w:bCs/>
      <w:i/>
      <w:iCs/>
      <w:color w:val="4F81BD" w:themeColor="accent1"/>
    </w:rPr>
  </w:style>
  <w:style w:type="character" w:styleId="Diskretbetoning">
    <w:name w:val="Subtle Emphasis"/>
    <w:basedOn w:val="Standardstycketeckensnitt"/>
    <w:uiPriority w:val="19"/>
    <w:qFormat/>
    <w:rsid w:val="00FC693F"/>
    <w:rPr>
      <w:i/>
      <w:iCs/>
      <w:color w:val="808080" w:themeColor="text1" w:themeTint="7F"/>
    </w:rPr>
  </w:style>
  <w:style w:type="character" w:styleId="Starkbetoning">
    <w:name w:val="Intense Emphasis"/>
    <w:basedOn w:val="Standardstycketeckensnitt"/>
    <w:uiPriority w:val="21"/>
    <w:qFormat/>
    <w:rsid w:val="00FC693F"/>
    <w:rPr>
      <w:b/>
      <w:bCs/>
      <w:i/>
      <w:iCs/>
      <w:color w:val="4F81BD" w:themeColor="accent1"/>
    </w:rPr>
  </w:style>
  <w:style w:type="character" w:styleId="Diskretreferens">
    <w:name w:val="Subtle Reference"/>
    <w:basedOn w:val="Standardstycketeckensnitt"/>
    <w:uiPriority w:val="31"/>
    <w:qFormat/>
    <w:rsid w:val="00FC693F"/>
    <w:rPr>
      <w:smallCaps/>
      <w:color w:val="C0504D" w:themeColor="accent2"/>
      <w:u w:val="single"/>
    </w:rPr>
  </w:style>
  <w:style w:type="character" w:styleId="Starkreferens">
    <w:name w:val="Intense Reference"/>
    <w:basedOn w:val="Standardstycketeckensnit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kenstitel">
    <w:name w:val="Book Title"/>
    <w:basedOn w:val="Standardstycketeckensnitt"/>
    <w:uiPriority w:val="33"/>
    <w:qFormat/>
    <w:rsid w:val="00FC693F"/>
    <w:rPr>
      <w:b/>
      <w:bCs/>
      <w:smallCaps/>
      <w:spacing w:val="5"/>
    </w:rPr>
  </w:style>
  <w:style w:type="paragraph" w:styleId="Innehllsfrteckningsrubrik">
    <w:name w:val="TOC Heading"/>
    <w:basedOn w:val="Rubrik1"/>
    <w:next w:val="Normal"/>
    <w:uiPriority w:val="39"/>
    <w:semiHidden/>
    <w:unhideWhenUsed/>
    <w:qFormat/>
    <w:rsid w:val="00FC693F"/>
    <w:pPr>
      <w:outlineLvl w:val="9"/>
    </w:pPr>
  </w:style>
  <w:style w:type="table" w:styleId="Tabellrutnt">
    <w:name w:val="Table Grid"/>
    <w:basedOn w:val="Normaltabel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jusskuggning">
    <w:name w:val="Light Shading"/>
    <w:basedOn w:val="Normaltabel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jusskuggning-dekorfrg1">
    <w:name w:val="Light Shading Accent 1"/>
    <w:basedOn w:val="Normaltabel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jusskuggning-dekorfrg2">
    <w:name w:val="Light Shading Accent 2"/>
    <w:basedOn w:val="Normaltabel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jusskuggning-dekorfrg3">
    <w:name w:val="Light Shading Accent 3"/>
    <w:basedOn w:val="Normaltabel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jusskuggning-dekorfrg4">
    <w:name w:val="Light Shading Accent 4"/>
    <w:basedOn w:val="Normaltabel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jusskuggning-dekorfrg5">
    <w:name w:val="Light Shading Accent 5"/>
    <w:basedOn w:val="Normaltabel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jusskuggning-dekorfrg6">
    <w:name w:val="Light Shading Accent 6"/>
    <w:basedOn w:val="Normaltabel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juslista">
    <w:name w:val="Light List"/>
    <w:basedOn w:val="Normaltabel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juslista-dekorfrg1">
    <w:name w:val="Light List Accent 1"/>
    <w:basedOn w:val="Normaltabel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juslista-dekorfrg2">
    <w:name w:val="Light List Accent 2"/>
    <w:basedOn w:val="Normaltabel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juslista-dekorfrg3">
    <w:name w:val="Light List Accent 3"/>
    <w:basedOn w:val="Normaltabel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juslista-dekorfrg4">
    <w:name w:val="Light List Accent 4"/>
    <w:basedOn w:val="Normaltabel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juslista-dekorfrg5">
    <w:name w:val="Light List Accent 5"/>
    <w:basedOn w:val="Normaltabel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juslista-dekorfrg6">
    <w:name w:val="Light List Accent 6"/>
    <w:basedOn w:val="Normaltabel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justrutnt">
    <w:name w:val="Light Grid"/>
    <w:basedOn w:val="Normaltabel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justrutnt-dekorfrg1">
    <w:name w:val="Light Grid Accent 1"/>
    <w:basedOn w:val="Normaltabel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justrutnt-dekorfrg2">
    <w:name w:val="Light Grid Accent 2"/>
    <w:basedOn w:val="Normaltabel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justrutnt-dekorfrg3">
    <w:name w:val="Light Grid Accent 3"/>
    <w:basedOn w:val="Normaltabel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justrutnt-dekorfrg4">
    <w:name w:val="Light Grid Accent 4"/>
    <w:basedOn w:val="Normaltabel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justrutnt-dekorfrg5">
    <w:name w:val="Light Grid Accent 5"/>
    <w:basedOn w:val="Normaltabel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justrutnt-dekorfrg6">
    <w:name w:val="Light Grid Accent 6"/>
    <w:basedOn w:val="Normaltabel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llanmrkskuggning1">
    <w:name w:val="Medium Shading 1"/>
    <w:basedOn w:val="Normaltabel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llanmrkskuggning1-dekorfrg1">
    <w:name w:val="Medium Shading 1 Accent 1"/>
    <w:basedOn w:val="Normaltabel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llanmrkskuggning1-dekorfrg2">
    <w:name w:val="Medium Shading 1 Accent 2"/>
    <w:basedOn w:val="Normaltabel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llanmrkskuggning1-dekorfrg3">
    <w:name w:val="Medium Shading 1 Accent 3"/>
    <w:basedOn w:val="Normaltabel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llanmrkskuggning1-dekorfrg4">
    <w:name w:val="Medium Shading 1 Accent 4"/>
    <w:basedOn w:val="Normaltabel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llanmrkskuggning1-dekorfrg5">
    <w:name w:val="Medium Shading 1 Accent 5"/>
    <w:basedOn w:val="Normaltabel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llanmrkskuggning1-dekorfrg6">
    <w:name w:val="Medium Shading 1 Accent 6"/>
    <w:basedOn w:val="Normaltabel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llanmrkskuggning2">
    <w:name w:val="Medium Shading 2"/>
    <w:basedOn w:val="Normaltabel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llanmrkskuggning2-dekorfrg1">
    <w:name w:val="Medium Shading 2 Accent 1"/>
    <w:basedOn w:val="Normaltabel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llanmrkskuggning2-dekorfrg2">
    <w:name w:val="Medium Shading 2 Accent 2"/>
    <w:basedOn w:val="Normaltabel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llanmrkskuggning2-dekorfrg3">
    <w:name w:val="Medium Shading 2 Accent 3"/>
    <w:basedOn w:val="Normaltabel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llanmrkskuggning2-dekorfrg4">
    <w:name w:val="Medium Shading 2 Accent 4"/>
    <w:basedOn w:val="Normaltabel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llanmrkskuggning2-dekorfrg5">
    <w:name w:val="Medium Shading 2 Accent 5"/>
    <w:basedOn w:val="Normaltabel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llanmrkskuggning2-dekorfrg6">
    <w:name w:val="Medium Shading 2 Accent 6"/>
    <w:basedOn w:val="Normaltabel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llanmrklista1">
    <w:name w:val="Medium List 1"/>
    <w:basedOn w:val="Normaltabel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llanmrklista1-dekorfrg1">
    <w:name w:val="Medium List 1 Accent 1"/>
    <w:basedOn w:val="Normaltabel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llanmrklista1-dekorfrg2">
    <w:name w:val="Medium List 1 Accent 2"/>
    <w:basedOn w:val="Normaltabel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llanmrklista1-dekorfrg3">
    <w:name w:val="Medium List 1 Accent 3"/>
    <w:basedOn w:val="Normaltabel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llanmrklista1-dekorfrg4">
    <w:name w:val="Medium List 1 Accent 4"/>
    <w:basedOn w:val="Normaltabel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llanmrklista1-dekorfrg5">
    <w:name w:val="Medium List 1 Accent 5"/>
    <w:basedOn w:val="Normaltabel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llanmrklista1-dekorfrg6">
    <w:name w:val="Medium List 1 Accent 6"/>
    <w:basedOn w:val="Normaltabel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llanmrklista2">
    <w:name w:val="Medium List 2"/>
    <w:basedOn w:val="Normaltabel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llanmrklista2-dekorfrg1">
    <w:name w:val="Medium List 2 Accent 1"/>
    <w:basedOn w:val="Normaltabel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llanmrklista2-dekorfrg2">
    <w:name w:val="Medium List 2 Accent 2"/>
    <w:basedOn w:val="Normaltabel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llanmrklista2-dekorfrg3">
    <w:name w:val="Medium List 2 Accent 3"/>
    <w:basedOn w:val="Normaltabel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llanmrklista2-dekorfrg4">
    <w:name w:val="Medium List 2 Accent 4"/>
    <w:basedOn w:val="Normaltabel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llanmrklista2-dekorfrg5">
    <w:name w:val="Medium List 2 Accent 5"/>
    <w:basedOn w:val="Normaltabel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llanmrklista2-dekorfrg6">
    <w:name w:val="Medium List 2 Accent 6"/>
    <w:basedOn w:val="Normaltabel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llanmrktrutnt1">
    <w:name w:val="Medium Grid 1"/>
    <w:basedOn w:val="Normaltabel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llanmrktrutnt1-dekorfrg1">
    <w:name w:val="Medium Grid 1 Accent 1"/>
    <w:basedOn w:val="Normaltabel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llanmrktrutnt1-dekorfrg2">
    <w:name w:val="Medium Grid 1 Accent 2"/>
    <w:basedOn w:val="Normaltabel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llanmrktrutnt1-dekorfrg3">
    <w:name w:val="Medium Grid 1 Accent 3"/>
    <w:basedOn w:val="Normaltabel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llanmrktrutnt1-dekorfrg4">
    <w:name w:val="Medium Grid 1 Accent 4"/>
    <w:basedOn w:val="Normaltabel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llanmrktrutnt1-dekorfrg5">
    <w:name w:val="Medium Grid 1 Accent 5"/>
    <w:basedOn w:val="Normaltabel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llanmrktrutnt1-dekorfrg6">
    <w:name w:val="Medium Grid 1 Accent 6"/>
    <w:basedOn w:val="Normaltabel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llanmrktrutnt2">
    <w:name w:val="Medium Grid 2"/>
    <w:basedOn w:val="Normaltabel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llanmrktrutnt2-dekorfrg1">
    <w:name w:val="Medium Grid 2 Accent 1"/>
    <w:basedOn w:val="Normaltabel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llanmrktrutnt2-dekorfrg2">
    <w:name w:val="Medium Grid 2 Accent 2"/>
    <w:basedOn w:val="Normaltabel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llanmrktrutnt2-dekorfrg3">
    <w:name w:val="Medium Grid 2 Accent 3"/>
    <w:basedOn w:val="Normaltabel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llanmrktrutnt2-dekorfrg4">
    <w:name w:val="Medium Grid 2 Accent 4"/>
    <w:basedOn w:val="Normaltabel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llanmrktrutnt2-dekorfrg5">
    <w:name w:val="Medium Grid 2 Accent 5"/>
    <w:basedOn w:val="Normaltabel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llanmrktrutnt2-dekorfrg6">
    <w:name w:val="Medium Grid 2 Accent 6"/>
    <w:basedOn w:val="Normaltabel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llanmrktrutnt3">
    <w:name w:val="Medium Grid 3"/>
    <w:basedOn w:val="Normaltabel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llanmrktrutnt3-dekorfrg1">
    <w:name w:val="Medium Grid 3 Accent 1"/>
    <w:basedOn w:val="Normaltabel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llanmrktrutnt3-dekorfrg2">
    <w:name w:val="Medium Grid 3 Accent 2"/>
    <w:basedOn w:val="Normaltabel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llanmrktrutnt3-dekorfrg3">
    <w:name w:val="Medium Grid 3 Accent 3"/>
    <w:basedOn w:val="Normaltabel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llanmrktrutnt3-dekorfrg4">
    <w:name w:val="Medium Grid 3 Accent 4"/>
    <w:basedOn w:val="Normaltabel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llanmrktrutnt3-dekorfrg5">
    <w:name w:val="Medium Grid 3 Accent 5"/>
    <w:basedOn w:val="Normaltabel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llanmrktrutnt3-dekorfrg6">
    <w:name w:val="Medium Grid 3 Accent 6"/>
    <w:basedOn w:val="Normaltabel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Mrklista">
    <w:name w:val="Dark List"/>
    <w:basedOn w:val="Normaltabel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rklista-dekorfrg1">
    <w:name w:val="Dark List Accent 1"/>
    <w:basedOn w:val="Normaltabel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Mrklista-dekorfrg2">
    <w:name w:val="Dark List Accent 2"/>
    <w:basedOn w:val="Normaltabel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Mrklista-dekorfrg3">
    <w:name w:val="Dark List Accent 3"/>
    <w:basedOn w:val="Normaltabel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Mrklista-dekorfrg4">
    <w:name w:val="Dark List Accent 4"/>
    <w:basedOn w:val="Normaltabel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Mrklista-dekorfrg5">
    <w:name w:val="Dark List Accent 5"/>
    <w:basedOn w:val="Normaltabel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Mrklista-dekorfrg6">
    <w:name w:val="Dark List Accent 6"/>
    <w:basedOn w:val="Normaltabel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Frgadskuggning">
    <w:name w:val="Colorful Shading"/>
    <w:basedOn w:val="Normaltabel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rgadskuggning-dekorfrg1">
    <w:name w:val="Colorful Shading Accent 1"/>
    <w:basedOn w:val="Normaltabel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rgadskuggning-dekorfrg2">
    <w:name w:val="Colorful Shading Accent 2"/>
    <w:basedOn w:val="Normaltabel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rgadskuggning-dekorfrg3">
    <w:name w:val="Colorful Shading Accent 3"/>
    <w:basedOn w:val="Normaltabel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Frgadskuggning-dekorfrg4">
    <w:name w:val="Colorful Shading Accent 4"/>
    <w:basedOn w:val="Normaltabel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rgadskuggning-dekorfrg5">
    <w:name w:val="Colorful Shading Accent 5"/>
    <w:basedOn w:val="Normaltabel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rgadskuggning-dekorfrg6">
    <w:name w:val="Colorful Shading Accent 6"/>
    <w:basedOn w:val="Normaltabel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rgadlista">
    <w:name w:val="Colorful List"/>
    <w:basedOn w:val="Normaltabel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rgadlista-dekorfrg1">
    <w:name w:val="Colorful List Accent 1"/>
    <w:basedOn w:val="Normaltabel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Frgadlista-dekorfrg2">
    <w:name w:val="Colorful List Accent 2"/>
    <w:basedOn w:val="Normaltabel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Frgadlista-dekorfrg3">
    <w:name w:val="Colorful List Accent 3"/>
    <w:basedOn w:val="Normaltabel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Frgadlista-dekorfrg4">
    <w:name w:val="Colorful List Accent 4"/>
    <w:basedOn w:val="Normaltabel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Frgadlista-dekorfrg5">
    <w:name w:val="Colorful List Accent 5"/>
    <w:basedOn w:val="Normaltabel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Frgadlista-dekorfrg6">
    <w:name w:val="Colorful List Accent 6"/>
    <w:basedOn w:val="Normaltabel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Frgatrutnt">
    <w:name w:val="Colorful Grid"/>
    <w:basedOn w:val="Normaltabel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rgatrutnt-dekorfrg1">
    <w:name w:val="Colorful Grid Accent 1"/>
    <w:basedOn w:val="Normaltabel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Frgatrutnt-dekorfrg2">
    <w:name w:val="Colorful Grid Accent 2"/>
    <w:basedOn w:val="Normaltabel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Frgatrutnt-dekorfrg3">
    <w:name w:val="Colorful Grid Accent 3"/>
    <w:basedOn w:val="Normaltabel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Frgatrutnt-dekorfrg4">
    <w:name w:val="Colorful Grid Accent 4"/>
    <w:basedOn w:val="Normaltabel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Frgatrutnt-dekorfrg5">
    <w:name w:val="Colorful Grid Accent 5"/>
    <w:basedOn w:val="Normaltabel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Frgatrutnt-dekorfrg6">
    <w:name w:val="Colorful Grid Accent 6"/>
    <w:basedOn w:val="Normaltabel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Hyperlnk">
    <w:name w:val="Hyperlink"/>
    <w:basedOn w:val="Standardstycketeckensnitt"/>
    <w:uiPriority w:val="99"/>
    <w:unhideWhenUsed/>
    <w:rsid w:val="00FC4A08"/>
    <w:rPr>
      <w:color w:val="0000FF" w:themeColor="hyperlink"/>
      <w:u w:val="single"/>
    </w:rPr>
  </w:style>
  <w:style w:type="character" w:styleId="Olstomnmnande">
    <w:name w:val="Unresolved Mention"/>
    <w:basedOn w:val="Standardstycketeckensnitt"/>
    <w:uiPriority w:val="99"/>
    <w:semiHidden/>
    <w:unhideWhenUsed/>
    <w:rsid w:val="00FC4A08"/>
    <w:rPr>
      <w:color w:val="605E5C"/>
      <w:shd w:val="clear" w:color="auto" w:fill="E1DFDD"/>
    </w:rPr>
  </w:style>
  <w:style w:type="character" w:styleId="AnvndHyperlnk">
    <w:name w:val="FollowedHyperlink"/>
    <w:basedOn w:val="Standardstycketeckensnitt"/>
    <w:uiPriority w:val="99"/>
    <w:semiHidden/>
    <w:unhideWhenUsed/>
    <w:rsid w:val="00FC4A0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be.com/shorts/Lo_29BCubuw?feature=share" TargetMode="External"/><Relationship Id="rId13" Type="http://schemas.openxmlformats.org/officeDocument/2006/relationships/hyperlink" Target="https://youtube.com/shorts/xhqspv7K5NE?feature=share" TargetMode="External"/><Relationship Id="rId18" Type="http://schemas.openxmlformats.org/officeDocument/2006/relationships/hyperlink" Target="https://youtube.com/shorts/wLtwJvaVLFU?feature=share" TargetMode="External"/><Relationship Id="rId26" Type="http://schemas.openxmlformats.org/officeDocument/2006/relationships/hyperlink" Target="https://youtube.com/shorts/9ALdNYwLX9Q?si=GPBLj4AhpQ_jWfn5" TargetMode="External"/><Relationship Id="rId3" Type="http://schemas.openxmlformats.org/officeDocument/2006/relationships/styles" Target="styles.xml"/><Relationship Id="rId21" Type="http://schemas.openxmlformats.org/officeDocument/2006/relationships/hyperlink" Target="https://youtube.com/shorts/0C5fHLn0HpI?si=wzix0ffIftZWm9LV" TargetMode="External"/><Relationship Id="rId7" Type="http://schemas.openxmlformats.org/officeDocument/2006/relationships/hyperlink" Target="https://youtube.com/shorts/csYzBSqUs98?feature=share" TargetMode="External"/><Relationship Id="rId12" Type="http://schemas.openxmlformats.org/officeDocument/2006/relationships/hyperlink" Target="https://youtube.com/shorts/RXLXwMiqkRs?feature=share" TargetMode="External"/><Relationship Id="rId17" Type="http://schemas.openxmlformats.org/officeDocument/2006/relationships/hyperlink" Target="https://youtube.com/shorts/lts20MvdAd4?feature=share" TargetMode="External"/><Relationship Id="rId25" Type="http://schemas.openxmlformats.org/officeDocument/2006/relationships/hyperlink" Target="https://youtube.com/shorts/DLHkQAVKXbk?si=f-ncYLJY_Hwh1Lm3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youtube.com/shorts/FgqvjEG2qFI?feature=share" TargetMode="External"/><Relationship Id="rId20" Type="http://schemas.openxmlformats.org/officeDocument/2006/relationships/hyperlink" Target="https://youtube.com/shorts/Il2yH7H1vfE?si=_wh6g0CGTvrglJX-" TargetMode="External"/><Relationship Id="rId29" Type="http://schemas.openxmlformats.org/officeDocument/2006/relationships/hyperlink" Target="https://youtube.com/shorts/aEWQi58YhU0?si=Nx75EIFpmFH-_0pI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youtube.com/shorts/qvVU63cLMLk?feature=share" TargetMode="External"/><Relationship Id="rId24" Type="http://schemas.openxmlformats.org/officeDocument/2006/relationships/hyperlink" Target="https://youtube.com/shorts/OSk84qToAoA?si=TrZMQdnHqvUu_mHx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youtube.com/shorts/dbQcHgorDQQ?feature=share" TargetMode="External"/><Relationship Id="rId23" Type="http://schemas.openxmlformats.org/officeDocument/2006/relationships/hyperlink" Target="https://youtube.com/shorts/eH5MEXpxTSM?si=_QZ4V1ZlOxsjOQh9" TargetMode="External"/><Relationship Id="rId28" Type="http://schemas.openxmlformats.org/officeDocument/2006/relationships/hyperlink" Target="https://youtube.com/shorts/vZZFeLYNDnc?si=gN15vqRUOjN19TyW" TargetMode="External"/><Relationship Id="rId10" Type="http://schemas.openxmlformats.org/officeDocument/2006/relationships/hyperlink" Target="https://youtube.com/shorts/C55F3lyc-hQ?feature=share" TargetMode="External"/><Relationship Id="rId19" Type="http://schemas.openxmlformats.org/officeDocument/2006/relationships/hyperlink" Target="https://youtube.com/shorts/46Gk9THJwlk?feature=share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youtube.com/shorts/J2c2uqusSnk?feature=share" TargetMode="External"/><Relationship Id="rId14" Type="http://schemas.openxmlformats.org/officeDocument/2006/relationships/hyperlink" Target="https://youtube.com/shorts/Pgwy4aPtqFE?feature=share" TargetMode="External"/><Relationship Id="rId22" Type="http://schemas.openxmlformats.org/officeDocument/2006/relationships/hyperlink" Target="https://youtube.com/shorts/s1rRE6Hrno8?si=6GY-Y1CsB_YKjvLk" TargetMode="External"/><Relationship Id="rId27" Type="http://schemas.openxmlformats.org/officeDocument/2006/relationships/hyperlink" Target="https://youtube.com/shorts/nYyQNnbycf0?si=_L71u-MUGYwB-fGO" TargetMode="External"/><Relationship Id="rId30" Type="http://schemas.openxmlformats.org/officeDocument/2006/relationships/hyperlink" Target="https://youtube.com/shorts/qhvCwgI9vAc?si=cW9qtWTDnOdYh1E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1163</Words>
  <Characters>6164</Characters>
  <Application>Microsoft Office Word</Application>
  <DocSecurity>0</DocSecurity>
  <Lines>51</Lines>
  <Paragraphs>14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7313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Ludwig Järfalk</cp:lastModifiedBy>
  <cp:revision>12</cp:revision>
  <cp:lastPrinted>2025-05-12T21:09:00Z</cp:lastPrinted>
  <dcterms:created xsi:type="dcterms:W3CDTF">2025-06-20T14:19:00Z</dcterms:created>
  <dcterms:modified xsi:type="dcterms:W3CDTF">2025-06-27T13:57:00Z</dcterms:modified>
  <cp:category/>
</cp:coreProperties>
</file>